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12.11 ADA—Defenses—Business Necessity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Business necessity is a defense to a claim of discrimination under the ADA.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that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application of a standard, criterion, or policy has [the effect of screening out or otherwise denying a job or benefit to individuals with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disability] [a disparate impact on individuals with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disability],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must prove, by a preponderance of the evidence, each of the following four elements regarding that standard, criterion, or policy: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First, it is uniformly applied;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Second, it is job-related;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Third, it is consistent with business necessity;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Fourth, it cannot be met by a person with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disability even with a reasonable accommodation.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that each of the elements on which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the burden of proof has been proved, your verdict should be for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], unless you also find that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proved each of the elements of this affirmative defense, in which event your verdict should be for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42 U.S.C. § 12113(a) (describing defenses and terms); 29 C.F.R. § 1630.15(b) (1999) (describing the four elements a defendant must prove to satisfy its burden). For a discussion of the business necessity defense as it applies to an across-the-board employer qualification standard (hearing test for package car drivers), see</w:t>
      </w:r>
      <w:r>
        <w:rPr>
          <w:rFonts w:ascii="Times New Roman" w:hAnsi="Times New Roman"/>
          <w:i/>
          <w:sz w:val="24"/>
        </w:rPr>
        <w:t xml:space="preserve"> Bates v. UPS, Inc</w:t>
      </w:r>
      <w:r>
        <w:rPr>
          <w:rFonts w:ascii="Times New Roman" w:hAnsi="Times New Roman"/>
          <w:sz w:val="24"/>
        </w:rPr>
        <w:t>., 511 F.3d 974, 994-98 (9th Cir. 2007) (</w:t>
      </w:r>
      <w:r>
        <w:rPr>
          <w:rFonts w:ascii="Times New Roman" w:hAnsi="Times New Roman"/>
          <w:i/>
          <w:sz w:val="24"/>
        </w:rPr>
        <w:t>en banc</w:t>
      </w:r>
      <w:r>
        <w:rPr>
          <w:rFonts w:ascii="Times New Roman" w:hAnsi="Times New Roman"/>
          <w:sz w:val="24"/>
        </w:rPr>
        <w:t xml:space="preserve">). For an analysis of business necessity as it applies when an employer requires an employee to undergo a medical examination under 42 U.S.C. § 12112(d)(4)(A), see </w:t>
      </w:r>
      <w:r>
        <w:rPr>
          <w:rFonts w:ascii="Times New Roman" w:hAnsi="Times New Roman"/>
          <w:i/>
          <w:sz w:val="24"/>
        </w:rPr>
        <w:t>Brownfield v. City of Yakima</w:t>
      </w:r>
      <w:r>
        <w:rPr>
          <w:rFonts w:ascii="Times New Roman" w:hAnsi="Times New Roman"/>
          <w:sz w:val="24"/>
        </w:rPr>
        <w:t xml:space="preserve">, 612 F.3d 1140, 1146 (9th Cir. 2010) (holding that the standard may be met even before an employee’s work performance declines if the employer has significant evidence that could cause a reasonable person to inquire whether the employee is still capable of performing the job; finding police officer exhibiting erratic behavior could be referred for fitness for duty examination); </w:t>
      </w:r>
      <w:r>
        <w:rPr>
          <w:rFonts w:ascii="Times New Roman" w:hAnsi="Times New Roman"/>
          <w:i/>
          <w:sz w:val="24"/>
        </w:rPr>
        <w:t>see also Indergard v. Georgia-Pacific Corp.</w:t>
      </w:r>
      <w:r>
        <w:rPr>
          <w:rFonts w:ascii="Times New Roman" w:hAnsi="Times New Roman"/>
          <w:sz w:val="24"/>
        </w:rPr>
        <w:t>, 582 F.3d 1049 (9th Cir. 2009) (defining medical examination).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Supreme Court has recognized that the “direct threat” affirmative defense (</w:t>
      </w:r>
      <w:r>
        <w:rPr>
          <w:rFonts w:ascii="Times New Roman" w:hAnsi="Times New Roman"/>
          <w:i/>
          <w:sz w:val="24"/>
        </w:rPr>
        <w:t>i.e</w:t>
      </w:r>
      <w:r>
        <w:rPr>
          <w:rFonts w:ascii="Times New Roman" w:hAnsi="Times New Roman"/>
          <w:sz w:val="24"/>
        </w:rPr>
        <w:t xml:space="preserve">., whether an employee poses a threat to others or to the employee himself or herself) is consistent with the “business necessity” principles encompassed in the ADA (§ 12113) and the EEOC regulations (29 C.F.R. § 1630.15(b)(2) (2001). </w:t>
      </w:r>
      <w:r>
        <w:rPr>
          <w:rFonts w:ascii="Times New Roman" w:hAnsi="Times New Roman"/>
          <w:i/>
          <w:sz w:val="24"/>
        </w:rPr>
        <w:t>Chevron U.S.A., Inc. v. Echazabal</w:t>
      </w:r>
      <w:r>
        <w:rPr>
          <w:rFonts w:ascii="Times New Roman" w:hAnsi="Times New Roman"/>
          <w:sz w:val="24"/>
        </w:rPr>
        <w:t>, 536 U.S. 73, 76-77 (2002).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