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12.12 ADA—Defenses—Direct Threat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It is a defense to the plaintiff’s ADA claim if 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posed a direct threat to the health and safety of others [or if the requirements of the job would pose a direct threat to 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]]. The defendant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may require, as a qualification for the position, that an individual not pose a “direct threat” to the health or safety of [others] [himself] [herself] [</w:t>
      </w:r>
      <w:r>
        <w:rPr>
          <w:rFonts w:ascii="Times New Roman" w:hAnsi="Times New Roman"/>
          <w:i/>
          <w:sz w:val="24"/>
          <w:u w:val="single"/>
        </w:rPr>
        <w:t>other pronoun</w:t>
      </w:r>
      <w:r>
        <w:rPr>
          <w:rFonts w:ascii="Times New Roman" w:hAnsi="Times New Roman"/>
          <w:sz w:val="24"/>
        </w:rPr>
        <w:t>] in the workplace. A health or safety risk can only be considered if it is a significant risk of substantial harm. Assessment of the existence of a direct threat must be based on valid and objective evidence and not speculation.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The defendant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claiming the “direct threat” defense must prove by a preponderance of the evidence that 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posed a direct threat to the health or safety of [others] [himself] [herself] [</w:t>
      </w:r>
      <w:r>
        <w:rPr>
          <w:rFonts w:ascii="Times New Roman" w:hAnsi="Times New Roman"/>
          <w:i/>
          <w:sz w:val="24"/>
          <w:u w:val="single"/>
        </w:rPr>
        <w:t>other pronoun</w:t>
      </w:r>
      <w:r>
        <w:rPr>
          <w:rFonts w:ascii="Times New Roman" w:hAnsi="Times New Roman"/>
          <w:sz w:val="24"/>
        </w:rPr>
        <w:t>] that could not be eliminated by a reasonable accommodation.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Factors that you should consider in determining whether an individual poses a direct threat to the health and safety of [others] [himself] [herself] [</w:t>
      </w:r>
      <w:r>
        <w:rPr>
          <w:rFonts w:ascii="Times New Roman" w:hAnsi="Times New Roman"/>
          <w:i/>
          <w:sz w:val="24"/>
          <w:u w:val="single"/>
        </w:rPr>
        <w:t>other pronoun</w:t>
      </w:r>
      <w:r>
        <w:rPr>
          <w:rFonts w:ascii="Times New Roman" w:hAnsi="Times New Roman"/>
          <w:sz w:val="24"/>
        </w:rPr>
        <w:t>] are: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(1)</w:t>
        <w:tab/>
        <w:t>the nature and severity of the potential harm;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(2)</w:t>
        <w:tab/>
        <w:t>the duration of the potential harm;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(3)</w:t>
        <w:tab/>
        <w:t>the imminence of the potential harm; and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(4)</w:t>
        <w:tab/>
        <w:t>the probability of the harm occurring.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If you find that each of the elements on which 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has the burden of proof has been proved, your verdict should be for 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], unless you also find that the defendant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has proved this affirmative defense, in which event your verdict should be for the defendant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].</w:t>
      </w:r>
    </w:p>
    <w:p>
      <w:pPr>
        <w:jc w:val="center"/>
      </w:pPr>
      <w:r>
        <w:rPr>
          <w:rFonts w:ascii="Times New Roman" w:hAnsi="Times New Roman"/>
          <w:b/>
          <w:sz w:val="24"/>
        </w:rPr>
        <w:t>Comment</w:t>
      </w:r>
    </w:p>
    <w:p>
      <w:pPr>
        <w:spacing w:after="240"/>
        <w:ind w:firstLine="720"/>
      </w:pPr>
      <w:r>
        <w:rPr>
          <w:rFonts w:ascii="Times New Roman" w:hAnsi="Times New Roman"/>
          <w:i/>
          <w:sz w:val="24"/>
        </w:rPr>
        <w:t>See</w:t>
      </w:r>
      <w:r>
        <w:rPr>
          <w:rFonts w:ascii="Times New Roman" w:hAnsi="Times New Roman"/>
          <w:sz w:val="24"/>
        </w:rPr>
        <w:t xml:space="preserve"> 42 U.S.C. §§ 12111(3) (defining “direct threat”); 12113(b) (providing that a qualification standard can include the condition that a person not pose a direct threat); </w:t>
      </w:r>
      <w:r>
        <w:rPr>
          <w:rFonts w:ascii="Times New Roman" w:hAnsi="Times New Roman"/>
          <w:i/>
          <w:sz w:val="24"/>
        </w:rPr>
        <w:t>Sch. Bd. of Nassau Cnty. v. Arline</w:t>
      </w:r>
      <w:r>
        <w:rPr>
          <w:rFonts w:ascii="Times New Roman" w:hAnsi="Times New Roman"/>
          <w:sz w:val="24"/>
        </w:rPr>
        <w:t>, 480 U.S. 273 (1987) (addressing a claim under the Rehabilitation Act and providing criteria for what is considered a direct threat).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 xml:space="preserve">Because an employee who makes serious and credible threats to kill coworkers is not a qualified individual, an employer is not required to invoke the direct threat defense. </w:t>
      </w:r>
      <w:r>
        <w:rPr>
          <w:rFonts w:ascii="Times New Roman" w:hAnsi="Times New Roman"/>
          <w:i/>
          <w:sz w:val="24"/>
        </w:rPr>
        <w:t xml:space="preserve">See </w:t>
      </w:r>
      <w:r>
        <w:rPr>
          <w:rFonts w:ascii="Times New Roman" w:hAnsi="Times New Roman"/>
          <w:sz w:val="24"/>
        </w:rPr>
        <w:t xml:space="preserve">Instruction 12.5 (ADA—Qualified Individual); </w:t>
      </w:r>
      <w:r>
        <w:rPr>
          <w:rFonts w:ascii="Times New Roman" w:hAnsi="Times New Roman"/>
          <w:i/>
          <w:sz w:val="24"/>
        </w:rPr>
        <w:t>Mayo v. PCC Structurals, Inc.</w:t>
      </w:r>
      <w:r>
        <w:rPr>
          <w:rFonts w:ascii="Times New Roman" w:hAnsi="Times New Roman"/>
          <w:sz w:val="24"/>
        </w:rPr>
        <w:t xml:space="preserve">, 795 F.3d 941, 945 (9th Cir. 2015). Similarly, an employer who terminates an employee based on past threats of violence against coworkers may show a legitimate nondiscriminatory reason for the termination without invoking the direct threat defense. </w:t>
      </w:r>
      <w:r>
        <w:rPr>
          <w:rFonts w:ascii="Times New Roman" w:hAnsi="Times New Roman"/>
          <w:i/>
          <w:sz w:val="24"/>
        </w:rPr>
        <w:t>Curley v. City of North Las Vegas</w:t>
      </w:r>
      <w:r>
        <w:rPr>
          <w:rFonts w:ascii="Times New Roman" w:hAnsi="Times New Roman"/>
          <w:sz w:val="24"/>
        </w:rPr>
        <w:t>, 772 F.3d 629, 632-33 (9th Cir. 2014).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 xml:space="preserve">This defense applies when the direct threat is to the disabled individual. </w:t>
      </w:r>
      <w:r>
        <w:rPr>
          <w:rFonts w:ascii="Times New Roman" w:hAnsi="Times New Roman"/>
          <w:i/>
          <w:sz w:val="24"/>
        </w:rPr>
        <w:t>See Chevron U.S.A., Inc. v. Echazabal</w:t>
      </w:r>
      <w:r>
        <w:rPr>
          <w:rFonts w:ascii="Times New Roman" w:hAnsi="Times New Roman"/>
          <w:sz w:val="24"/>
        </w:rPr>
        <w:t>, 536 U.S. 73, 76-77 (2002) (recognizing the availability of a “direct threat” defense when toxins at an oil refinery would exacerbate the plaintiff’s liver condition).</w:t>
      </w:r>
    </w:p>
    <w:p>
      <w:pPr>
        <w:spacing w:after="240"/>
        <w:ind w:firstLine="720"/>
      </w:pPr>
      <w:r>
        <w:rPr>
          <w:rFonts w:ascii="Times New Roman" w:hAnsi="Times New Roman"/>
          <w:i/>
          <w:sz w:val="24"/>
        </w:rPr>
        <w:t>Revised March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