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12.3 ADA Employment Actions—Regarded as Disability—Elements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claims that because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regarded [him]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as disabled,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[[discharged] [did not hire] [did not promote] [demoted] [</w:t>
      </w:r>
      <w:r>
        <w:rPr>
          <w:rFonts w:ascii="Times New Roman" w:hAnsi="Times New Roman"/>
          <w:i/>
          <w:sz w:val="24"/>
          <w:u w:val="single"/>
        </w:rPr>
        <w:t>state other adverse action</w:t>
      </w:r>
      <w:r>
        <w:rPr>
          <w:rFonts w:ascii="Times New Roman" w:hAnsi="Times New Roman"/>
          <w:sz w:val="24"/>
        </w:rPr>
        <w:t>]] [[him]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]]. To succeed on this claim,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proving each of the following three elements by a preponderance of the evidence: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First,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regarded as having a physical or mental impairment;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Second,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a qualified individual as that term is later defined in these instructions;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Third,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[discharged] [not hired] [not promoted] [demoted] [</w:t>
      </w:r>
      <w:r>
        <w:rPr>
          <w:rFonts w:ascii="Times New Roman" w:hAnsi="Times New Roman"/>
          <w:i/>
          <w:sz w:val="24"/>
          <w:u w:val="single"/>
        </w:rPr>
        <w:t>state other adverse action</w:t>
      </w:r>
      <w:r>
        <w:rPr>
          <w:rFonts w:ascii="Times New Roman" w:hAnsi="Times New Roman"/>
          <w:sz w:val="24"/>
        </w:rPr>
        <w:t>] because [he] [she]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was regarded as having a physical or mental impairment.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proved each of these elements, your verdict should be for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 If, on the other hand,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failed to prove any of these elements, your verdict should be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 xml:space="preserve">See </w:t>
      </w:r>
      <w:r>
        <w:rPr>
          <w:rFonts w:ascii="Times New Roman" w:hAnsi="Times New Roman"/>
          <w:sz w:val="24"/>
        </w:rPr>
        <w:t>Comment to Instruction 12.1 (ADA Employment Action—Actual Disability—Elements).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This instruction is intended to address the ADA Amendments Act of 2008, which clarified two points about “regarded as” disability claims: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1.</w:t>
        <w:tab/>
        <w:t xml:space="preserve">A plaintiff meets the requirements of being “regarded as” having a disability if he establishes that he has been discriminated against “because of an actual or perceived impairment </w:t>
      </w:r>
      <w:r>
        <w:rPr>
          <w:rFonts w:ascii="Times New Roman" w:hAnsi="Times New Roman"/>
          <w:i/>
          <w:sz w:val="24"/>
        </w:rPr>
        <w:t>whether or not the impairment limits or is perceived to limit a major life activity</w:t>
      </w:r>
      <w:r>
        <w:rPr>
          <w:rFonts w:ascii="Times New Roman" w:hAnsi="Times New Roman"/>
          <w:sz w:val="24"/>
        </w:rPr>
        <w:t>.” (emphasis added). 42 U.S.C. § 12102(3)(A).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2.</w:t>
        <w:tab/>
        <w:t xml:space="preserve">A plaintiff cannot be “regarded” as having a disability if the actual or perceived impairment is “transitory and minor.” 42 U.S.C. § 12102(3)(B). A “transitory” impairment is defined as one “with an actual or expected duration of 6 months or less.” </w:t>
      </w:r>
      <w:r>
        <w:rPr>
          <w:rFonts w:ascii="Times New Roman" w:hAnsi="Times New Roman"/>
          <w:i/>
          <w:sz w:val="24"/>
        </w:rPr>
        <w:t>Id</w:t>
      </w:r>
      <w:r>
        <w:rPr>
          <w:rFonts w:ascii="Times New Roman" w:hAnsi="Times New Roman"/>
          <w:sz w:val="24"/>
        </w:rPr>
        <w:t xml:space="preserve">.; </w:t>
      </w:r>
      <w:r>
        <w:rPr>
          <w:rFonts w:ascii="Times New Roman" w:hAnsi="Times New Roman"/>
          <w:i/>
          <w:sz w:val="24"/>
        </w:rPr>
        <w:t>Shields v. Credit One Bank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N.A.</w:t>
      </w:r>
      <w:r>
        <w:rPr>
          <w:rFonts w:ascii="Times New Roman" w:hAnsi="Times New Roman"/>
          <w:sz w:val="24"/>
        </w:rPr>
        <w:t>, 32 F.4th 1218, 1224 (9th Cir. 2022).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The “transitory and minor” exception is an affirmative defense, and the employer bears the burden of establishing that defense. </w:t>
      </w:r>
      <w:r>
        <w:rPr>
          <w:rFonts w:ascii="Times New Roman" w:hAnsi="Times New Roman"/>
          <w:i/>
          <w:sz w:val="24"/>
        </w:rPr>
        <w:t>Nunies v. HIE Holdings, Inc</w:t>
      </w:r>
      <w:r>
        <w:rPr>
          <w:rFonts w:ascii="Times New Roman" w:hAnsi="Times New Roman"/>
          <w:sz w:val="24"/>
        </w:rPr>
        <w:t>., 908 F.3d 428, 435 (9th Cir. 2018).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