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14.0 Comment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These sources may be helpful:</w:t>
      </w:r>
    </w:p>
    <w:p>
      <w:pPr>
        <w:spacing w:after="240"/>
        <w:ind w:firstLine="720"/>
      </w:pPr>
      <w:r>
        <w:rPr>
          <w:rFonts w:ascii="Times New Roman" w:hAnsi="Times New Roman"/>
          <w:smallCaps/>
          <w:sz w:val="24"/>
        </w:rPr>
        <w:t>American Bar Association Antitrust Section, Model Jury Instructions in Civil Antitrust Cases</w:t>
      </w:r>
      <w:r>
        <w:rPr>
          <w:rFonts w:ascii="Times New Roman" w:hAnsi="Times New Roman"/>
          <w:sz w:val="24"/>
        </w:rPr>
        <w:t xml:space="preserve"> (A.B.A., Chicago, Ill., 2016).</w:t>
      </w:r>
    </w:p>
    <w:p>
      <w:pPr>
        <w:spacing w:after="240"/>
        <w:ind w:firstLine="720"/>
      </w:pPr>
      <w:r>
        <w:rPr>
          <w:rFonts w:ascii="Times New Roman" w:hAnsi="Times New Roman"/>
          <w:smallCaps/>
          <w:sz w:val="24"/>
        </w:rPr>
        <w:t>Kevin F. O’Malley, et al., 3A Federal Jury Practice and Instructions</w:t>
      </w:r>
      <w:r>
        <w:rPr>
          <w:rFonts w:ascii="Times New Roman" w:hAnsi="Times New Roman"/>
          <w:sz w:val="24"/>
        </w:rPr>
        <w:t>, ch. 150 Antitrust—Private Action (6th ed. 2012).</w:t>
      </w:r>
    </w:p>
    <w:p>
      <w:pPr>
        <w:spacing w:after="240"/>
        <w:ind w:firstLine="720"/>
      </w:pPr>
      <w:r>
        <w:rPr>
          <w:rFonts w:ascii="Times New Roman" w:hAnsi="Times New Roman"/>
          <w:smallCaps/>
          <w:sz w:val="24"/>
        </w:rPr>
        <w:t>Leonard B. Sand, et al., 4 Modern Federal Jury Instructions–Civil</w:t>
      </w:r>
      <w:r>
        <w:rPr>
          <w:rFonts w:ascii="Times New Roman" w:hAnsi="Times New Roman"/>
          <w:sz w:val="24"/>
        </w:rPr>
        <w:t xml:space="preserve"> (Matthew Bender), ch. 79, ¶ ¶ 79.01-79.08 (</w:t>
      </w:r>
      <w:r>
        <w:rPr>
          <w:rFonts w:ascii="Times New Roman" w:hAnsi="Times New Roman"/>
          <w:i/>
          <w:sz w:val="24"/>
        </w:rPr>
        <w:t>Restraint of Trade</w:t>
      </w:r>
      <w:r>
        <w:rPr>
          <w:rFonts w:ascii="Times New Roman" w:hAnsi="Times New Roman"/>
          <w:sz w:val="24"/>
        </w:rPr>
        <w:t>); ch. 80, ¶ ¶ 80.01-80.03 (</w:t>
      </w:r>
      <w:r>
        <w:rPr>
          <w:rFonts w:ascii="Times New Roman" w:hAnsi="Times New Roman"/>
          <w:i/>
          <w:sz w:val="24"/>
        </w:rPr>
        <w:t>Monopolization</w:t>
      </w:r>
      <w:r>
        <w:rPr>
          <w:rFonts w:ascii="Times New Roman" w:hAnsi="Times New Roman"/>
          <w:sz w:val="24"/>
        </w:rPr>
        <w:t>); ch. 81, ¶ ¶ 81.01-81.04 (</w:t>
      </w:r>
      <w:r>
        <w:rPr>
          <w:rFonts w:ascii="Times New Roman" w:hAnsi="Times New Roman"/>
          <w:i/>
          <w:sz w:val="24"/>
        </w:rPr>
        <w:t>Patent Based Antitrust Claims</w:t>
      </w:r>
      <w:r>
        <w:rPr>
          <w:rFonts w:ascii="Times New Roman" w:hAnsi="Times New Roman"/>
          <w:sz w:val="24"/>
        </w:rPr>
        <w:t>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