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15.17 Trademark Ownership—Merchant or Distributor</w:t>
      </w:r>
    </w:p>
    <w:p>
      <w:pPr>
        <w:spacing w:after="240"/>
        <w:ind w:firstLine="720"/>
      </w:pPr>
      <w:r>
        <w:rPr>
          <w:rFonts w:ascii="Times New Roman" w:hAnsi="Times New Roman"/>
          <w:sz w:val="24"/>
        </w:rPr>
        <w:t>A [merchant] [distributor] may own a trademark that identifies products the [merchant] [distributor] sells even though the products are manufactured by someone else.</w:t>
      </w:r>
    </w:p>
    <w:p>
      <w:pPr>
        <w:jc w:val="center"/>
      </w:pPr>
      <w:r>
        <w:rPr>
          <w:rFonts w:ascii="Times New Roman" w:hAnsi="Times New Roman"/>
          <w:b/>
          <w:sz w:val="24"/>
        </w:rPr>
        <w:t>Comment</w:t>
      </w:r>
    </w:p>
    <w:p>
      <w:pPr>
        <w:spacing w:after="240"/>
        <w:ind w:firstLine="720"/>
      </w:pPr>
      <w:r>
        <w:rPr>
          <w:rFonts w:ascii="Times New Roman" w:hAnsi="Times New Roman"/>
          <w:sz w:val="24"/>
        </w:rPr>
        <w:t xml:space="preserve">When a dispute arises between a manufacturer and distributor, the courts first look to any agreement between the parties regarding trademark rights. </w:t>
      </w:r>
      <w:r>
        <w:rPr>
          <w:rFonts w:ascii="Times New Roman" w:hAnsi="Times New Roman"/>
          <w:i/>
          <w:sz w:val="24"/>
        </w:rPr>
        <w:t>Sengoku Works Ltd. v. RMC Int’l, Ltd</w:t>
      </w:r>
      <w:r>
        <w:rPr>
          <w:rFonts w:ascii="Times New Roman" w:hAnsi="Times New Roman"/>
          <w:sz w:val="24"/>
        </w:rPr>
        <w:t>., 96 F.3d 1217, 1220-21 (9th Cir. 1996). In the absence of an agreement, the manufacturer is presumed to own the trademark.</w:t>
      </w:r>
      <w:r>
        <w:rPr>
          <w:rFonts w:ascii="Times New Roman" w:hAnsi="Times New Roman"/>
          <w:i/>
          <w:sz w:val="24"/>
        </w:rPr>
        <w:t xml:space="preserve"> Id. See also Watec Co., Ltd. v. Liu</w:t>
      </w:r>
      <w:r>
        <w:rPr>
          <w:rFonts w:ascii="Times New Roman" w:hAnsi="Times New Roman"/>
          <w:sz w:val="24"/>
        </w:rPr>
        <w:t>, 403 F.3d 645, 652 (9th Cir. 2005) (noting that, in a case between a foreign manufacturer and a former exclusive American distributor who had an incontestably registered mark in U.S., one issue to consider as to ownership of the mark was whether the parties had entered into a contract that disposed of rights in the mark, and that issue was properly determined by the jury).</w:t>
      </w:r>
    </w:p>
    <w:p>
      <w:pPr>
        <w:spacing w:after="240"/>
        <w:ind w:firstLine="720"/>
      </w:pPr>
      <w:r>
        <w:rPr>
          <w:rFonts w:ascii="Times New Roman" w:hAnsi="Times New Roman"/>
          <w:sz w:val="24"/>
        </w:rPr>
        <w:t>That presumption—in the absence of an agreement the manufacturer is presumed to own the trademark—can be rebutted. To rebut the presumption, the following factors may be considered:</w:t>
      </w:r>
    </w:p>
    <w:p>
      <w:pPr>
        <w:spacing w:after="240"/>
        <w:ind w:firstLine="720"/>
      </w:pPr>
      <w:r>
        <w:rPr>
          <w:rFonts w:ascii="Times New Roman" w:hAnsi="Times New Roman"/>
          <w:sz w:val="24"/>
        </w:rPr>
        <w:t>(1)</w:t>
        <w:tab/>
        <w:t>which party invented and first affixed the mark to the product;</w:t>
      </w:r>
    </w:p>
    <w:p>
      <w:pPr>
        <w:spacing w:after="240"/>
        <w:ind w:firstLine="720"/>
      </w:pPr>
      <w:r>
        <w:rPr>
          <w:rFonts w:ascii="Times New Roman" w:hAnsi="Times New Roman"/>
          <w:sz w:val="24"/>
        </w:rPr>
        <w:t>(2)</w:t>
        <w:tab/>
        <w:t>which party’s name appeared with the trademark;</w:t>
      </w:r>
    </w:p>
    <w:p>
      <w:pPr>
        <w:spacing w:after="240"/>
        <w:ind w:firstLine="720"/>
      </w:pPr>
      <w:r>
        <w:rPr>
          <w:rFonts w:ascii="Times New Roman" w:hAnsi="Times New Roman"/>
          <w:sz w:val="24"/>
        </w:rPr>
        <w:t>(3)</w:t>
        <w:tab/>
        <w:t>which party maintained the product’s quality and uniformity;</w:t>
      </w:r>
    </w:p>
    <w:p>
      <w:pPr>
        <w:spacing w:after="240"/>
        <w:ind w:firstLine="720"/>
      </w:pPr>
      <w:r>
        <w:rPr>
          <w:rFonts w:ascii="Times New Roman" w:hAnsi="Times New Roman"/>
          <w:sz w:val="24"/>
        </w:rPr>
        <w:t>(4)</w:t>
        <w:tab/>
        <w:t>which party does the public identify with the product and make complaints to; and</w:t>
      </w:r>
    </w:p>
    <w:p>
      <w:pPr>
        <w:spacing w:after="240"/>
        <w:ind w:firstLine="720"/>
      </w:pPr>
      <w:r>
        <w:rPr>
          <w:rFonts w:ascii="Times New Roman" w:hAnsi="Times New Roman"/>
          <w:sz w:val="24"/>
        </w:rPr>
        <w:t>(5)</w:t>
        <w:tab/>
        <w:t>which party possesses the goodwill associated with the product.</w:t>
      </w:r>
    </w:p>
    <w:p>
      <w:pPr>
        <w:spacing w:after="240"/>
        <w:ind w:firstLine="720"/>
      </w:pPr>
      <w:r>
        <w:rPr>
          <w:rFonts w:ascii="Times New Roman" w:hAnsi="Times New Roman"/>
          <w:i/>
          <w:sz w:val="24"/>
        </w:rPr>
        <w:t>See Sengoku Works Ltd.</w:t>
      </w:r>
      <w:r>
        <w:rPr>
          <w:rFonts w:ascii="Times New Roman" w:hAnsi="Times New Roman"/>
          <w:sz w:val="24"/>
        </w:rPr>
        <w:t xml:space="preserve">, 96 F.3d at 1220-21, and </w:t>
      </w:r>
      <w:r>
        <w:rPr>
          <w:rFonts w:ascii="Times New Roman" w:hAnsi="Times New Roman"/>
          <w:i/>
          <w:sz w:val="24"/>
        </w:rPr>
        <w:t>Premier Dental Prods. Co. v. Darby Dental Supply Co</w:t>
      </w:r>
      <w:r>
        <w:rPr>
          <w:rFonts w:ascii="Times New Roman" w:hAnsi="Times New Roman"/>
          <w:sz w:val="24"/>
        </w:rPr>
        <w:t>., 794 F.2d 850, 853-54 (3d Cir. 1986).</w:t>
      </w:r>
    </w:p>
    <w:p>
      <w:pPr>
        <w:spacing w:after="240"/>
        <w:ind w:firstLine="720"/>
      </w:pPr>
      <w:r>
        <w:rPr>
          <w:rFonts w:ascii="Times New Roman" w:hAnsi="Times New Roman"/>
          <w:i/>
          <w:sz w:val="24"/>
        </w:rPr>
        <w:t>Revised March 2024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