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15.21 Derivative Liability—Inducing Infringement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A person is liable for trademark infringement by another if the person intentionally induced another to infringe the trademark.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the burden of proving each of the following by a preponderance of the evidence: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First, [</w:t>
      </w:r>
      <w:r>
        <w:rPr>
          <w:rFonts w:ascii="Times New Roman" w:hAnsi="Times New Roman"/>
          <w:i/>
          <w:sz w:val="24"/>
          <w:u w:val="single"/>
        </w:rPr>
        <w:t>name of direct infringer</w:t>
      </w:r>
      <w:r>
        <w:rPr>
          <w:rFonts w:ascii="Times New Roman" w:hAnsi="Times New Roman"/>
          <w:sz w:val="24"/>
        </w:rPr>
        <w:t>] infringed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]’s trademark;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Second,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intentionally induced [</w:t>
      </w:r>
      <w:r>
        <w:rPr>
          <w:rFonts w:ascii="Times New Roman" w:hAnsi="Times New Roman"/>
          <w:i/>
          <w:sz w:val="24"/>
          <w:u w:val="single"/>
        </w:rPr>
        <w:t>name of direct infringer</w:t>
      </w:r>
      <w:r>
        <w:rPr>
          <w:rFonts w:ascii="Times New Roman" w:hAnsi="Times New Roman"/>
          <w:sz w:val="24"/>
        </w:rPr>
        <w:t>] to infringe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]’s trademark; and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Third,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was damaged by the infringement.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If you find that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proved all these elements, your verdict should be for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]. If, on the other hand,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failed to prove any of these elements, your verdict should be for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Regarding liability for inducing another to infringe a trademark, see</w:t>
      </w:r>
      <w:r>
        <w:rPr>
          <w:rFonts w:ascii="Times New Roman" w:hAnsi="Times New Roman"/>
          <w:i/>
          <w:sz w:val="24"/>
        </w:rPr>
        <w:t xml:space="preserve"> Inwood Labs., Inc. v. Ives Labs., Inc.</w:t>
      </w:r>
      <w:r>
        <w:rPr>
          <w:rFonts w:ascii="Times New Roman" w:hAnsi="Times New Roman"/>
          <w:sz w:val="24"/>
        </w:rPr>
        <w:t xml:space="preserve">, 456 U.S. 844, 853-54 (1982) (“[I]f a manufacturer or distributor intentionally induces another to infringe a trademark, or if it continues to supply its product to one whom it knows or has reason to know is engaging in trademark infringement, the manufacturer is contributorily responsible for any harm done as a result of the deceit [by the direct infringer].”). </w:t>
      </w:r>
      <w:r>
        <w:rPr>
          <w:rFonts w:ascii="Times New Roman" w:hAnsi="Times New Roman"/>
          <w:i/>
          <w:sz w:val="24"/>
        </w:rPr>
        <w:t>See also Lockheed Martin Corp. v. Network Sols., Inc.</w:t>
      </w:r>
      <w:r>
        <w:rPr>
          <w:rFonts w:ascii="Times New Roman" w:hAnsi="Times New Roman"/>
          <w:sz w:val="24"/>
        </w:rPr>
        <w:t>, 194 F.3d 980, 983-84 (9th Cir. 1999) (noting that one branch of contributory infringement occurs when defendant “intentionally induces a third party to infringe the plaintiff’s mark”).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March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