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15.22 Derivative Liability—Contributory Infringement</w:t>
      </w:r>
    </w:p>
    <w:p>
      <w:pPr>
        <w:spacing w:after="240"/>
        <w:ind w:firstLine="720"/>
      </w:pPr>
      <w:r>
        <w:rPr>
          <w:rFonts w:ascii="Times New Roman" w:hAnsi="Times New Roman"/>
          <w:sz w:val="24"/>
        </w:rPr>
        <w:t>A person is liable for trademark infringement by another if the person [[sells] [supplies]] [[goods] [services]] to another knowing or having reason to know that the other person will use the [goods] [services] to infringe the plaintiff [</w:t>
      </w:r>
      <w:r>
        <w:rPr>
          <w:rFonts w:ascii="Times New Roman" w:hAnsi="Times New Roman"/>
          <w:i/>
          <w:sz w:val="24"/>
          <w:u w:val="single"/>
        </w:rPr>
        <w:t>name</w:t>
      </w:r>
      <w:r>
        <w:rPr>
          <w:rFonts w:ascii="Times New Roman" w:hAnsi="Times New Roman"/>
          <w:sz w:val="24"/>
        </w:rPr>
        <w:t>]’s trademark.</w:t>
      </w:r>
    </w:p>
    <w:p>
      <w:pPr>
        <w:spacing w:after="240"/>
        <w:ind w:firstLine="720"/>
      </w:pPr>
      <w:r>
        <w:rPr>
          <w:rFonts w:ascii="Times New Roman" w:hAnsi="Times New Roman"/>
          <w:sz w:val="24"/>
        </w:rPr>
        <w:t>The plaintiff [</w:t>
      </w:r>
      <w:r>
        <w:rPr>
          <w:rFonts w:ascii="Times New Roman" w:hAnsi="Times New Roman"/>
          <w:i/>
          <w:sz w:val="24"/>
          <w:u w:val="single"/>
        </w:rPr>
        <w:t>name</w:t>
      </w:r>
      <w:r>
        <w:rPr>
          <w:rFonts w:ascii="Times New Roman" w:hAnsi="Times New Roman"/>
          <w:sz w:val="24"/>
        </w:rPr>
        <w:t>] has the burden of proving each of the following by a preponderance of the evidence:</w:t>
      </w:r>
    </w:p>
    <w:p>
      <w:pPr>
        <w:spacing w:after="240"/>
        <w:ind w:firstLine="720"/>
      </w:pPr>
      <w:r>
        <w:rPr>
          <w:rFonts w:ascii="Times New Roman" w:hAnsi="Times New Roman"/>
          <w:sz w:val="24"/>
        </w:rPr>
        <w:t>First, the defendant [</w:t>
      </w:r>
      <w:r>
        <w:rPr>
          <w:rFonts w:ascii="Times New Roman" w:hAnsi="Times New Roman"/>
          <w:i/>
          <w:sz w:val="24"/>
          <w:u w:val="single"/>
        </w:rPr>
        <w:t>name</w:t>
      </w:r>
      <w:r>
        <w:rPr>
          <w:rFonts w:ascii="Times New Roman" w:hAnsi="Times New Roman"/>
          <w:sz w:val="24"/>
        </w:rPr>
        <w:t>] [[sold] [supplied]] [[goods] [services]] to [</w:t>
      </w:r>
      <w:r>
        <w:rPr>
          <w:rFonts w:ascii="Times New Roman" w:hAnsi="Times New Roman"/>
          <w:i/>
          <w:sz w:val="24"/>
          <w:u w:val="single"/>
        </w:rPr>
        <w:t>name of direct infringer</w:t>
      </w:r>
      <w:r>
        <w:rPr>
          <w:rFonts w:ascii="Times New Roman" w:hAnsi="Times New Roman"/>
          <w:sz w:val="24"/>
        </w:rPr>
        <w:t>];</w:t>
      </w:r>
    </w:p>
    <w:p>
      <w:pPr>
        <w:spacing w:after="240"/>
        <w:ind w:firstLine="720"/>
      </w:pPr>
      <w:r>
        <w:rPr>
          <w:rFonts w:ascii="Times New Roman" w:hAnsi="Times New Roman"/>
          <w:sz w:val="24"/>
        </w:rPr>
        <w:t>Second, [</w:t>
      </w:r>
      <w:r>
        <w:rPr>
          <w:rFonts w:ascii="Times New Roman" w:hAnsi="Times New Roman"/>
          <w:i/>
          <w:sz w:val="24"/>
          <w:u w:val="single"/>
        </w:rPr>
        <w:t>name of direct infringer</w:t>
      </w:r>
      <w:r>
        <w:rPr>
          <w:rFonts w:ascii="Times New Roman" w:hAnsi="Times New Roman"/>
          <w:sz w:val="24"/>
        </w:rPr>
        <w:t>] used the [goods] [services] the defendant [</w:t>
      </w:r>
      <w:r>
        <w:rPr>
          <w:rFonts w:ascii="Times New Roman" w:hAnsi="Times New Roman"/>
          <w:i/>
          <w:sz w:val="24"/>
          <w:u w:val="single"/>
        </w:rPr>
        <w:t>name</w:t>
      </w:r>
      <w:r>
        <w:rPr>
          <w:rFonts w:ascii="Times New Roman" w:hAnsi="Times New Roman"/>
          <w:sz w:val="24"/>
        </w:rPr>
        <w:t>]  [sold] [supplied] to infringe the plaintiff [</w:t>
      </w:r>
      <w:r>
        <w:rPr>
          <w:rFonts w:ascii="Times New Roman" w:hAnsi="Times New Roman"/>
          <w:i/>
          <w:sz w:val="24"/>
          <w:u w:val="single"/>
        </w:rPr>
        <w:t>name</w:t>
      </w:r>
      <w:r>
        <w:rPr>
          <w:rFonts w:ascii="Times New Roman" w:hAnsi="Times New Roman"/>
          <w:sz w:val="24"/>
        </w:rPr>
        <w:t>]’s trademark;</w:t>
      </w:r>
    </w:p>
    <w:p>
      <w:pPr>
        <w:spacing w:after="240"/>
        <w:ind w:firstLine="720"/>
      </w:pPr>
      <w:r>
        <w:rPr>
          <w:rFonts w:ascii="Times New Roman" w:hAnsi="Times New Roman"/>
          <w:sz w:val="24"/>
        </w:rPr>
        <w:t>Third, the defendant [</w:t>
      </w:r>
      <w:r>
        <w:rPr>
          <w:rFonts w:ascii="Times New Roman" w:hAnsi="Times New Roman"/>
          <w:i/>
          <w:sz w:val="24"/>
          <w:u w:val="single"/>
        </w:rPr>
        <w:t>name</w:t>
      </w:r>
      <w:r>
        <w:rPr>
          <w:rFonts w:ascii="Times New Roman" w:hAnsi="Times New Roman"/>
          <w:sz w:val="24"/>
        </w:rPr>
        <w:t>] knew or had reason to know [</w:t>
      </w:r>
      <w:r>
        <w:rPr>
          <w:rFonts w:ascii="Times New Roman" w:hAnsi="Times New Roman"/>
          <w:i/>
          <w:sz w:val="24"/>
          <w:u w:val="single"/>
        </w:rPr>
        <w:t>name of direct infringer</w:t>
      </w:r>
      <w:r>
        <w:rPr>
          <w:rFonts w:ascii="Times New Roman" w:hAnsi="Times New Roman"/>
          <w:sz w:val="24"/>
        </w:rPr>
        <w:t>] [would use the goods to infringe the plaintiff [</w:t>
      </w:r>
      <w:r>
        <w:rPr>
          <w:rFonts w:ascii="Times New Roman" w:hAnsi="Times New Roman"/>
          <w:i/>
          <w:sz w:val="24"/>
          <w:u w:val="single"/>
        </w:rPr>
        <w:t>name</w:t>
      </w:r>
      <w:r>
        <w:rPr>
          <w:rFonts w:ascii="Times New Roman" w:hAnsi="Times New Roman"/>
          <w:sz w:val="24"/>
        </w:rPr>
        <w:t>]’s trademark] [was infringing the plaintiff [</w:t>
      </w:r>
      <w:r>
        <w:rPr>
          <w:rFonts w:ascii="Times New Roman" w:hAnsi="Times New Roman"/>
          <w:i/>
          <w:sz w:val="24"/>
          <w:u w:val="single"/>
        </w:rPr>
        <w:t>name</w:t>
      </w:r>
      <w:r>
        <w:rPr>
          <w:rFonts w:ascii="Times New Roman" w:hAnsi="Times New Roman"/>
          <w:sz w:val="24"/>
        </w:rPr>
        <w:t>]’s trademark and continued to supply its services]; [and]</w:t>
      </w:r>
    </w:p>
    <w:p>
      <w:pPr>
        <w:spacing w:after="240"/>
        <w:ind w:firstLine="720"/>
      </w:pPr>
      <w:r>
        <w:rPr>
          <w:rFonts w:ascii="Times New Roman" w:hAnsi="Times New Roman"/>
          <w:sz w:val="24"/>
        </w:rPr>
        <w:t>[Fourth, the defendant [</w:t>
      </w:r>
      <w:r>
        <w:rPr>
          <w:rFonts w:ascii="Times New Roman" w:hAnsi="Times New Roman"/>
          <w:i/>
          <w:sz w:val="24"/>
          <w:u w:val="single"/>
        </w:rPr>
        <w:t>name</w:t>
      </w:r>
      <w:r>
        <w:rPr>
          <w:rFonts w:ascii="Times New Roman" w:hAnsi="Times New Roman"/>
          <w:sz w:val="24"/>
        </w:rPr>
        <w:t>] providing the services to [</w:t>
      </w:r>
      <w:r>
        <w:rPr>
          <w:rFonts w:ascii="Times New Roman" w:hAnsi="Times New Roman"/>
          <w:i/>
          <w:sz w:val="24"/>
          <w:u w:val="single"/>
        </w:rPr>
        <w:t>name of direct infringer</w:t>
      </w:r>
      <w:r>
        <w:rPr>
          <w:rFonts w:ascii="Times New Roman" w:hAnsi="Times New Roman"/>
          <w:sz w:val="24"/>
        </w:rPr>
        <w:t>] had direct control and monitoring of the instrumentality used by [</w:t>
      </w:r>
      <w:r>
        <w:rPr>
          <w:rFonts w:ascii="Times New Roman" w:hAnsi="Times New Roman"/>
          <w:i/>
          <w:sz w:val="24"/>
          <w:u w:val="single"/>
        </w:rPr>
        <w:t>name of direct infringer</w:t>
      </w:r>
      <w:r>
        <w:rPr>
          <w:rFonts w:ascii="Times New Roman" w:hAnsi="Times New Roman"/>
          <w:sz w:val="24"/>
        </w:rPr>
        <w:t>] to infringe; and]</w:t>
      </w:r>
    </w:p>
    <w:p>
      <w:pPr>
        <w:spacing w:after="240"/>
        <w:ind w:firstLine="720"/>
      </w:pPr>
      <w:r>
        <w:rPr>
          <w:rFonts w:ascii="Times New Roman" w:hAnsi="Times New Roman"/>
          <w:sz w:val="24"/>
        </w:rPr>
        <w:t>[Fourth] [Fifth], the plaintiff [</w:t>
      </w:r>
      <w:r>
        <w:rPr>
          <w:rFonts w:ascii="Times New Roman" w:hAnsi="Times New Roman"/>
          <w:i/>
          <w:sz w:val="24"/>
          <w:u w:val="single"/>
        </w:rPr>
        <w:t>name</w:t>
      </w:r>
      <w:r>
        <w:rPr>
          <w:rFonts w:ascii="Times New Roman" w:hAnsi="Times New Roman"/>
          <w:sz w:val="24"/>
        </w:rPr>
        <w:t>] was damaged by the infringement.</w:t>
      </w:r>
    </w:p>
    <w:p>
      <w:pPr>
        <w:spacing w:after="240"/>
        <w:ind w:firstLine="720"/>
      </w:pPr>
      <w:r>
        <w:rPr>
          <w:rFonts w:ascii="Times New Roman" w:hAnsi="Times New Roman"/>
          <w:sz w:val="24"/>
        </w:rPr>
        <w:t>If you find that the plaintiff [</w:t>
      </w:r>
      <w:r>
        <w:rPr>
          <w:rFonts w:ascii="Times New Roman" w:hAnsi="Times New Roman"/>
          <w:i/>
          <w:sz w:val="24"/>
          <w:u w:val="single"/>
        </w:rPr>
        <w:t>name</w:t>
      </w:r>
      <w:r>
        <w:rPr>
          <w:rFonts w:ascii="Times New Roman" w:hAnsi="Times New Roman"/>
          <w:sz w:val="24"/>
        </w:rPr>
        <w:t>] has proved all these elements, your verdict should be for the plaintiff [</w:t>
      </w:r>
      <w:r>
        <w:rPr>
          <w:rFonts w:ascii="Times New Roman" w:hAnsi="Times New Roman"/>
          <w:i/>
          <w:sz w:val="24"/>
          <w:u w:val="single"/>
        </w:rPr>
        <w:t>name</w:t>
      </w:r>
      <w:r>
        <w:rPr>
          <w:rFonts w:ascii="Times New Roman" w:hAnsi="Times New Roman"/>
          <w:sz w:val="24"/>
        </w:rPr>
        <w:t>]. If, on the other hand, the plaintiff [</w:t>
      </w:r>
      <w:r>
        <w:rPr>
          <w:rFonts w:ascii="Times New Roman" w:hAnsi="Times New Roman"/>
          <w:i/>
          <w:sz w:val="24"/>
          <w:u w:val="single"/>
        </w:rPr>
        <w:t>name</w:t>
      </w:r>
      <w:r>
        <w:rPr>
          <w:rFonts w:ascii="Times New Roman" w:hAnsi="Times New Roman"/>
          <w:sz w:val="24"/>
        </w:rPr>
        <w:t>] has failed to prove any of these elements, your verdict should be for the defendant [</w:t>
      </w:r>
      <w:r>
        <w:rPr>
          <w:rFonts w:ascii="Times New Roman" w:hAnsi="Times New Roman"/>
          <w:i/>
          <w:sz w:val="24"/>
          <w:u w:val="single"/>
        </w:rPr>
        <w:t>name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i/>
          <w:sz w:val="24"/>
        </w:rPr>
        <w:tab/>
        <w:t>See</w:t>
      </w:r>
      <w:r>
        <w:rPr>
          <w:rFonts w:ascii="Times New Roman" w:hAnsi="Times New Roman"/>
          <w:sz w:val="24"/>
        </w:rPr>
        <w:t xml:space="preserve"> Comment to Instruction 15.21 (Derivative Liability—Inducing Infringement) and 4 </w:t>
      </w:r>
      <w:r>
        <w:rPr>
          <w:rFonts w:ascii="Times New Roman" w:hAnsi="Times New Roman"/>
          <w:smallCaps/>
          <w:sz w:val="24"/>
        </w:rPr>
        <w:t>J. Thomas McCarthy, McCarthy on Trademarks and Unfair Competition</w:t>
      </w:r>
      <w:r>
        <w:rPr>
          <w:rFonts w:ascii="Times New Roman" w:hAnsi="Times New Roman"/>
          <w:sz w:val="24"/>
        </w:rPr>
        <w:t xml:space="preserve"> § 25.17 (5th ed. 2019) (discussing contributory infringement).</w:t>
      </w:r>
    </w:p>
    <w:p>
      <w:pPr>
        <w:spacing w:after="240"/>
        <w:ind w:firstLine="720"/>
      </w:pPr>
      <w:r>
        <w:rPr>
          <w:rFonts w:ascii="Times New Roman" w:hAnsi="Times New Roman"/>
          <w:sz w:val="24"/>
        </w:rPr>
        <w:t xml:space="preserve">Regarding the elements of contributory infringement,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Lockheed Martin Corp. v. Network Sols., Inc.</w:t>
      </w:r>
      <w:r>
        <w:rPr>
          <w:rFonts w:ascii="Times New Roman" w:hAnsi="Times New Roman"/>
          <w:sz w:val="24"/>
        </w:rPr>
        <w:t>, 194 F.3d 980, 984-85 (9th Cir. 1999) (discussing elements of contributory infringement);</w:t>
      </w:r>
      <w:r>
        <w:rPr>
          <w:rFonts w:ascii="Times New Roman" w:hAnsi="Times New Roman"/>
          <w:i/>
          <w:sz w:val="24"/>
        </w:rPr>
        <w:t xml:space="preserve"> Rolex Watch, U.S.A., Inc. v. Michel Co.</w:t>
      </w:r>
      <w:r>
        <w:rPr>
          <w:rFonts w:ascii="Times New Roman" w:hAnsi="Times New Roman"/>
          <w:sz w:val="24"/>
        </w:rPr>
        <w:t xml:space="preserve">, 179 F.3d 704, 712-13 (9th Cir. 1999) (discussing intent element of contributory infringement). </w:t>
      </w:r>
      <w:r>
        <w:rPr>
          <w:rFonts w:ascii="Times New Roman" w:hAnsi="Times New Roman"/>
          <w:i/>
          <w:sz w:val="24"/>
        </w:rPr>
        <w:t>See also Mini Maid Servs. Co. v. Maid Brigade Sys</w:t>
      </w:r>
      <w:r>
        <w:rPr>
          <w:rFonts w:ascii="Times New Roman" w:hAnsi="Times New Roman"/>
          <w:sz w:val="24"/>
        </w:rPr>
        <w:t xml:space="preserve">., 967 F.2d 1516, 1521 (11th Cir.1992) (noting that although </w:t>
      </w:r>
      <w:r>
        <w:rPr>
          <w:rFonts w:ascii="Times New Roman" w:hAnsi="Times New Roman"/>
          <w:i/>
          <w:sz w:val="24"/>
        </w:rPr>
        <w:t>Inwood Labs. Inc. v. Ives Labs., Inc.</w:t>
      </w:r>
      <w:r>
        <w:rPr>
          <w:rFonts w:ascii="Times New Roman" w:hAnsi="Times New Roman"/>
          <w:sz w:val="24"/>
        </w:rPr>
        <w:t>, 456 U.S. 844 (1982), involved relationship between manufacturers and retailers, its analysis is equally applicable to relationship between franchisor and franchisees).</w:t>
      </w:r>
    </w:p>
    <w:p>
      <w:pPr>
        <w:spacing w:after="240"/>
        <w:ind w:firstLine="720"/>
      </w:pPr>
      <w:r>
        <w:rPr>
          <w:rFonts w:ascii="Times New Roman" w:hAnsi="Times New Roman"/>
          <w:i/>
          <w:sz w:val="24"/>
        </w:rPr>
        <w:t>Willful Blindness</w:t>
      </w:r>
      <w:r>
        <w:rPr>
          <w:rFonts w:ascii="Times New Roman" w:hAnsi="Times New Roman"/>
          <w:sz w:val="24"/>
        </w:rPr>
        <w:t xml:space="preserve">. A party meets the “knows or has reason to know” standard for contributory infringement if it is willfully blind to the infringement by a direct infringer. </w:t>
      </w:r>
      <w:r>
        <w:rPr>
          <w:rFonts w:ascii="Times New Roman" w:hAnsi="Times New Roman"/>
          <w:i/>
          <w:sz w:val="24"/>
        </w:rPr>
        <w:t>Y.Y.G.M. SA v. Redbubble, Inc.</w:t>
      </w:r>
      <w:r>
        <w:rPr>
          <w:rFonts w:ascii="Times New Roman" w:hAnsi="Times New Roman"/>
          <w:sz w:val="24"/>
        </w:rPr>
        <w:t xml:space="preserve">, 75 F.4th 995, 1001 (9th Cir. 2023) (citing </w:t>
      </w:r>
      <w:r>
        <w:rPr>
          <w:rFonts w:ascii="Times New Roman" w:hAnsi="Times New Roman"/>
          <w:i/>
          <w:sz w:val="24"/>
        </w:rPr>
        <w:t>Fonovisa, Inc. v. Cherry Auction, Inc.</w:t>
      </w:r>
      <w:r>
        <w:rPr>
          <w:rFonts w:ascii="Times New Roman" w:hAnsi="Times New Roman"/>
          <w:sz w:val="24"/>
        </w:rPr>
        <w:t xml:space="preserve">, 76 F.3d 259, 265 (9th Cir. 1996)), </w:t>
      </w:r>
      <w:r>
        <w:rPr>
          <w:rFonts w:ascii="Times New Roman" w:hAnsi="Times New Roman"/>
          <w:i/>
          <w:sz w:val="24"/>
        </w:rPr>
        <w:t>cert. denied</w:t>
      </w:r>
      <w:r>
        <w:rPr>
          <w:rFonts w:ascii="Times New Roman" w:hAnsi="Times New Roman"/>
          <w:sz w:val="24"/>
        </w:rPr>
        <w:t xml:space="preserve">, (U.S. Feb. 20, 2024). Willful blindness requires both subjective belief that trademark infringement was likely occurring and deliberate actions to avoid learning about the infringement. </w:t>
      </w:r>
      <w:r>
        <w:rPr>
          <w:rFonts w:ascii="Times New Roman" w:hAnsi="Times New Roman"/>
          <w:i/>
          <w:sz w:val="24"/>
        </w:rPr>
        <w:t>Id</w:t>
      </w:r>
      <w:r>
        <w:rPr>
          <w:rFonts w:ascii="Times New Roman" w:hAnsi="Times New Roman"/>
          <w:sz w:val="24"/>
        </w:rPr>
        <w:t xml:space="preserve">. (citing </w:t>
      </w:r>
      <w:r>
        <w:rPr>
          <w:rFonts w:ascii="Times New Roman" w:hAnsi="Times New Roman"/>
          <w:i/>
          <w:sz w:val="24"/>
        </w:rPr>
        <w:t>Luvdarts, LLC v. AT&amp;T Mobility, LLC</w:t>
      </w:r>
      <w:r>
        <w:rPr>
          <w:rFonts w:ascii="Times New Roman" w:hAnsi="Times New Roman"/>
          <w:sz w:val="24"/>
        </w:rPr>
        <w:t xml:space="preserve">, 710 F.3d 1068, 1073 (9th Cir. 2013)). Willful blindness also requires more than general awareness of trademark infringement—the defendant must have specific knowledge of infringers or instances of infringement. </w:t>
      </w:r>
      <w:r>
        <w:rPr>
          <w:rFonts w:ascii="Times New Roman" w:hAnsi="Times New Roman"/>
          <w:i/>
          <w:sz w:val="24"/>
        </w:rPr>
        <w:t xml:space="preserve">Id. </w:t>
      </w:r>
      <w:r>
        <w:rPr>
          <w:rFonts w:ascii="Times New Roman" w:hAnsi="Times New Roman"/>
          <w:sz w:val="24"/>
        </w:rPr>
        <w:t>at 1002 (holding that an online marketplace need not search for trademark infringement on its website because contributory infringement based on a willful blindness theory requires the defendant to be aware of specific instances of infringement or specific infringers).</w:t>
      </w:r>
    </w:p>
    <w:p>
      <w:pPr>
        <w:spacing w:after="240"/>
        <w:ind w:firstLine="720"/>
      </w:pPr>
      <w:r>
        <w:rPr>
          <w:rFonts w:ascii="Times New Roman" w:hAnsi="Times New Roman"/>
          <w:i/>
          <w:sz w:val="24"/>
        </w:rPr>
        <w:t>Services</w:t>
      </w:r>
      <w:r>
        <w:rPr>
          <w:rFonts w:ascii="Times New Roman" w:hAnsi="Times New Roman"/>
          <w:sz w:val="24"/>
        </w:rPr>
        <w:t xml:space="preserve">. When a defendant provides services to a direct infringer, a plaintiff may prevail on a claim of contributory trademark infringement if the defendant “continued to supply its services to one who it knew or had reason to know was engaging in trademark infringement” and the defendant had “[d]irect control and monitoring of the instrumentality used by a third party to infringe.” </w:t>
      </w:r>
      <w:r>
        <w:rPr>
          <w:rFonts w:ascii="Times New Roman" w:hAnsi="Times New Roman"/>
          <w:i/>
          <w:sz w:val="24"/>
        </w:rPr>
        <w:t>Louis Vuitton Malletier, S.A. v. Akanoc Sols., Inc.</w:t>
      </w:r>
      <w:r>
        <w:rPr>
          <w:rFonts w:ascii="Times New Roman" w:hAnsi="Times New Roman"/>
          <w:sz w:val="24"/>
        </w:rPr>
        <w:t xml:space="preserve">, 658 F.3d 936, 942 (9th Cir. 2011) (citation omitted). This applies to defendants providing servers or other Internet services. </w:t>
      </w:r>
      <w:r>
        <w:rPr>
          <w:rFonts w:ascii="Times New Roman" w:hAnsi="Times New Roman"/>
          <w:i/>
          <w:sz w:val="24"/>
        </w:rPr>
        <w:t>Id</w:t>
      </w:r>
      <w:r>
        <w:rPr>
          <w:rFonts w:ascii="Times New Roman" w:hAnsi="Times New Roman"/>
          <w:sz w:val="24"/>
        </w:rPr>
        <w:t xml:space="preserve">. In addition, there is no requirement that contributory infringement be intentional for liability to arise; it is sufficient if the defendants provided their services “with actual or constructive knowledge that the users of their services were engaging in trademark infringement.” </w:t>
      </w:r>
      <w:r>
        <w:rPr>
          <w:rFonts w:ascii="Times New Roman" w:hAnsi="Times New Roman"/>
          <w:i/>
          <w:sz w:val="24"/>
        </w:rPr>
        <w:t>Id</w:t>
      </w:r>
      <w:r>
        <w:rPr>
          <w:rFonts w:ascii="Times New Roman" w:hAnsi="Times New Roman"/>
          <w:sz w:val="24"/>
        </w:rPr>
        <w:t>. at 943 (“An express finding of intent is not required.”).</w:t>
      </w:r>
    </w:p>
    <w:p>
      <w:pPr>
        <w:spacing w:after="240"/>
        <w:ind w:firstLine="720"/>
      </w:pPr>
      <w:r>
        <w:rPr>
          <w:rFonts w:ascii="Times New Roman" w:hAnsi="Times New Roman"/>
          <w:i/>
          <w:sz w:val="24"/>
        </w:rPr>
        <w:t>Statutory Damages</w:t>
      </w:r>
      <w:r>
        <w:rPr>
          <w:rFonts w:ascii="Times New Roman" w:hAnsi="Times New Roman"/>
          <w:sz w:val="24"/>
        </w:rPr>
        <w:t xml:space="preserve">. Statutory damages may be awarded against contributory infringers. </w:t>
      </w:r>
      <w:r>
        <w:rPr>
          <w:rFonts w:ascii="Times New Roman" w:hAnsi="Times New Roman"/>
          <w:i/>
          <w:sz w:val="24"/>
        </w:rPr>
        <w:t xml:space="preserve">Id. </w:t>
      </w:r>
      <w:r>
        <w:rPr>
          <w:rFonts w:ascii="Times New Roman" w:hAnsi="Times New Roman"/>
          <w:sz w:val="24"/>
        </w:rPr>
        <w:t>at 944-45.</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