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15.26 Defenses—Nominative Fair Use</w:t>
      </w:r>
    </w:p>
    <w:p>
      <w:pPr>
        <w:spacing w:after="240"/>
        <w:ind w:firstLine="720"/>
      </w:pPr>
      <w:r>
        <w:rPr>
          <w:rFonts w:ascii="Times New Roman" w:hAnsi="Times New Roman"/>
          <w:sz w:val="24"/>
        </w:rPr>
        <w:t>The [owner] [assignee] [licensee] of a trademark cannot exclude others from making a nominative fair use of that trademark. A defendant makes nominative fair use of a mark when the defendant uses it as other than a trademark, to accurately [describe] [name] [identify] the plaintiff’s product, even if the defendant’s ultimate goal was to describe its own product.</w:t>
      </w:r>
    </w:p>
    <w:p>
      <w:pPr>
        <w:spacing w:after="240"/>
        <w:ind w:firstLine="720"/>
      </w:pPr>
      <w:r>
        <w:rPr>
          <w:rFonts w:ascii="Times New Roman" w:hAnsi="Times New Roman"/>
          <w:sz w:val="24"/>
        </w:rPr>
        <w:t>The defendant [</w:t>
      </w:r>
      <w:r>
        <w:rPr>
          <w:rFonts w:ascii="Times New Roman" w:hAnsi="Times New Roman"/>
          <w:i/>
          <w:sz w:val="24"/>
          <w:u w:val="single"/>
        </w:rPr>
        <w:t>name</w:t>
      </w:r>
      <w:r>
        <w:rPr>
          <w:rFonts w:ascii="Times New Roman" w:hAnsi="Times New Roman"/>
          <w:sz w:val="24"/>
        </w:rPr>
        <w:t>] contends that it did not infringe the trademark because the alleged infringement was a nominative fair use of the trademark to [describe] [name] [identify] the plaintiff [</w:t>
      </w:r>
      <w:r>
        <w:rPr>
          <w:rFonts w:ascii="Times New Roman" w:hAnsi="Times New Roman"/>
          <w:i/>
          <w:sz w:val="24"/>
          <w:u w:val="single"/>
        </w:rPr>
        <w:t>name</w:t>
      </w:r>
      <w:r>
        <w:rPr>
          <w:rFonts w:ascii="Times New Roman" w:hAnsi="Times New Roman"/>
          <w:sz w:val="24"/>
        </w:rPr>
        <w:t>]’s product. The plaintiff [</w:t>
      </w:r>
      <w:r>
        <w:rPr>
          <w:rFonts w:ascii="Times New Roman" w:hAnsi="Times New Roman"/>
          <w:i/>
          <w:sz w:val="24"/>
          <w:u w:val="single"/>
        </w:rPr>
        <w:t>name</w:t>
      </w:r>
      <w:r>
        <w:rPr>
          <w:rFonts w:ascii="Times New Roman" w:hAnsi="Times New Roman"/>
          <w:sz w:val="24"/>
        </w:rPr>
        <w:t>] has the burden of proving, by a preponderance of the evidence, that the defendant [</w:t>
      </w:r>
      <w:r>
        <w:rPr>
          <w:rFonts w:ascii="Times New Roman" w:hAnsi="Times New Roman"/>
          <w:i/>
          <w:sz w:val="24"/>
          <w:u w:val="single"/>
        </w:rPr>
        <w:t>name</w:t>
      </w:r>
      <w:r>
        <w:rPr>
          <w:rFonts w:ascii="Times New Roman" w:hAnsi="Times New Roman"/>
          <w:sz w:val="24"/>
        </w:rPr>
        <w:t>]’s use of the mark does not meet the requirements of nominative fair use.</w:t>
      </w:r>
    </w:p>
    <w:p>
      <w:pPr>
        <w:spacing w:after="240"/>
        <w:ind w:firstLine="720"/>
      </w:pPr>
      <w:r>
        <w:rPr>
          <w:rFonts w:ascii="Times New Roman" w:hAnsi="Times New Roman"/>
          <w:sz w:val="24"/>
        </w:rPr>
        <w:t>A defendant makes nominative fair use of a trademark when:</w:t>
      </w:r>
    </w:p>
    <w:p>
      <w:pPr>
        <w:spacing w:after="240"/>
        <w:ind w:firstLine="720"/>
      </w:pPr>
      <w:r>
        <w:rPr>
          <w:rFonts w:ascii="Times New Roman" w:hAnsi="Times New Roman"/>
          <w:sz w:val="24"/>
        </w:rPr>
        <w:t>First, the product in question was not readily identifiable without use of the trademark;</w:t>
      </w:r>
    </w:p>
    <w:p>
      <w:pPr>
        <w:spacing w:after="240"/>
        <w:ind w:firstLine="720"/>
      </w:pPr>
      <w:r>
        <w:rPr>
          <w:rFonts w:ascii="Times New Roman" w:hAnsi="Times New Roman"/>
          <w:sz w:val="24"/>
        </w:rPr>
        <w:t>Second, the defendant used only so much of the trademark as was reasonably necessary to identify the product in question; and</w:t>
      </w:r>
    </w:p>
    <w:p>
      <w:pPr>
        <w:spacing w:after="240"/>
        <w:ind w:firstLine="720"/>
      </w:pPr>
      <w:r>
        <w:rPr>
          <w:rFonts w:ascii="Times New Roman" w:hAnsi="Times New Roman"/>
          <w:sz w:val="24"/>
        </w:rPr>
        <w:t>Third, the defendant did not do anything in connection with the trademark that would suggest sponsorship or endorsement by the plaintiff.</w:t>
      </w:r>
    </w:p>
    <w:p>
      <w:pPr>
        <w:spacing w:after="240"/>
        <w:ind w:firstLine="720"/>
      </w:pPr>
      <w:r>
        <w:rPr>
          <w:rFonts w:ascii="Times New Roman" w:hAnsi="Times New Roman"/>
          <w:sz w:val="24"/>
        </w:rPr>
        <w:t>[A product is not readily identified without use of its trademark when there would be no other effective way to compare, criticize, refer to, or identify it without using the trademark.]</w:t>
      </w:r>
    </w:p>
    <w:p>
      <w:pPr>
        <w:spacing w:after="240"/>
        <w:ind w:firstLine="720"/>
      </w:pPr>
      <w:r>
        <w:rPr>
          <w:rFonts w:ascii="Times New Roman" w:hAnsi="Times New Roman"/>
          <w:sz w:val="24"/>
        </w:rPr>
        <w:t>[A reasonably necessary use of a trademark occurs when no more of the mark’s appearance is used than is necessary to identify the product and make the reference intelligible to the consumer. For example, if a particular word is the plaintiff’s trademark, the defendant reasonably uses it when the defendant does not use any distinctive color, logo, abbreviation, or graphic that the plaintiff uses to display the trademark.]</w:t>
      </w:r>
    </w:p>
    <w:p>
      <w:pPr>
        <w:spacing w:after="240"/>
        <w:ind w:firstLine="720"/>
      </w:pPr>
      <w:r>
        <w:rPr>
          <w:rFonts w:ascii="Times New Roman" w:hAnsi="Times New Roman"/>
          <w:sz w:val="24"/>
        </w:rPr>
        <w:t>[A use of the plaintiff’s trademark does not suggest sponsorship or endorsement of the defendant’s product when the defendant does not attempt to deceive, mislead, or capitalize on consumer confusion, or when the defendant does not appropriate the cachet of the plaintiff’s product for the defendant’s.]</w:t>
      </w:r>
    </w:p>
    <w:p>
      <w:pPr>
        <w:spacing w:after="240"/>
        <w:ind w:firstLine="720"/>
      </w:pPr>
      <w:r>
        <w:rPr>
          <w:rFonts w:ascii="Times New Roman" w:hAnsi="Times New Roman"/>
          <w:sz w:val="24"/>
        </w:rPr>
        <w:t>[The fact that the defendant’s use of the trademark may bring the defendant a profit or</w:t>
      </w:r>
    </w:p>
    <w:p>
      <w:pPr>
        <w:spacing w:after="240"/>
        <w:ind w:firstLine="720"/>
      </w:pPr>
      <w:r>
        <w:rPr>
          <w:rFonts w:ascii="Times New Roman" w:hAnsi="Times New Roman"/>
          <w:sz w:val="24"/>
        </w:rPr>
        <w:t>help in competing with the mark owner does not mean the use was not a fair use.]</w:t>
      </w:r>
    </w:p>
    <w:p>
      <w:pPr>
        <w:jc w:val="center"/>
      </w:pPr>
      <w:r>
        <w:rPr>
          <w:rFonts w:ascii="Times New Roman" w:hAnsi="Times New Roman"/>
          <w:b/>
          <w:sz w:val="24"/>
        </w:rPr>
        <w:t>Comment</w:t>
      </w:r>
    </w:p>
    <w:p>
      <w:pPr>
        <w:spacing w:after="240"/>
        <w:ind w:firstLine="720"/>
      </w:pPr>
      <w:r>
        <w:rPr>
          <w:rFonts w:ascii="Times New Roman" w:hAnsi="Times New Roman"/>
          <w:sz w:val="24"/>
        </w:rPr>
        <w:t>The Ninth Circuit identifies two types of fair use: classic and nominative.</w:t>
      </w:r>
      <w:r>
        <w:rPr>
          <w:rFonts w:ascii="Times New Roman" w:hAnsi="Times New Roman"/>
          <w:i/>
          <w:sz w:val="24"/>
        </w:rPr>
        <w:t xml:space="preserve"> Cairns v. Franklin Mint Co</w:t>
      </w:r>
      <w:r>
        <w:rPr>
          <w:rFonts w:ascii="Times New Roman" w:hAnsi="Times New Roman"/>
          <w:sz w:val="24"/>
        </w:rPr>
        <w:t xml:space="preserve">., 292 F.3d 1139, 1150 (9th Cir. 2002) (“We distinguish two types of fair use: ‘classic fair use,’ in which ‘the defendant has used the plaintiff’s mark to describe the defendant’s </w:t>
      </w:r>
      <w:r>
        <w:rPr>
          <w:rFonts w:ascii="Times New Roman" w:hAnsi="Times New Roman"/>
          <w:i/>
          <w:sz w:val="24"/>
        </w:rPr>
        <w:t>own</w:t>
      </w:r>
      <w:r>
        <w:rPr>
          <w:rFonts w:ascii="Times New Roman" w:hAnsi="Times New Roman"/>
          <w:sz w:val="24"/>
        </w:rPr>
        <w:t xml:space="preserve"> product,’ and ‘nominative fair use,’ in which the defendant has used the plaintiff’s mark ‘to describe the </w:t>
      </w:r>
      <w:r>
        <w:rPr>
          <w:rFonts w:ascii="Times New Roman" w:hAnsi="Times New Roman"/>
          <w:i/>
          <w:sz w:val="24"/>
        </w:rPr>
        <w:t>plaintiff’s</w:t>
      </w:r>
      <w:r>
        <w:rPr>
          <w:rFonts w:ascii="Times New Roman" w:hAnsi="Times New Roman"/>
          <w:sz w:val="24"/>
        </w:rPr>
        <w:t xml:space="preserve"> product’ for the purpose of, for example, comparison to the defendant’s product.”). </w:t>
      </w:r>
      <w:r>
        <w:rPr>
          <w:rFonts w:ascii="Times New Roman" w:hAnsi="Times New Roman"/>
          <w:i/>
          <w:sz w:val="24"/>
        </w:rPr>
        <w:t>See</w:t>
      </w:r>
      <w:r>
        <w:rPr>
          <w:rFonts w:ascii="Times New Roman" w:hAnsi="Times New Roman"/>
          <w:sz w:val="24"/>
        </w:rPr>
        <w:t xml:space="preserve"> Instruction 15.25 (Defenses—“Classic” Fair Use).</w:t>
      </w:r>
    </w:p>
    <w:p>
      <w:pPr>
        <w:spacing w:after="240"/>
        <w:ind w:firstLine="720"/>
      </w:pPr>
      <w:r>
        <w:rPr>
          <w:rFonts w:ascii="Times New Roman" w:hAnsi="Times New Roman"/>
          <w:sz w:val="24"/>
        </w:rPr>
        <w:t xml:space="preserve">The nominative fair use test is “designed to address the risk that nominative use of the mark will inspire a mistaken belief on the part of consumers that the speaker is sponsored or endorsed by the trademark holder.” </w:t>
      </w:r>
      <w:r>
        <w:rPr>
          <w:rFonts w:ascii="Times New Roman" w:hAnsi="Times New Roman"/>
          <w:i/>
          <w:sz w:val="24"/>
        </w:rPr>
        <w:t>Toyota Motor Sales, U.S.A., Inc. v. Tabari</w:t>
      </w:r>
      <w:r>
        <w:rPr>
          <w:rFonts w:ascii="Times New Roman" w:hAnsi="Times New Roman"/>
          <w:sz w:val="24"/>
        </w:rPr>
        <w:t xml:space="preserve">, 610 F.3d 1171, 1176 (9th Cir. 2010). The elements of the nominative fair use defense set out in this instruction are described in </w:t>
      </w:r>
      <w:r>
        <w:rPr>
          <w:rFonts w:ascii="Times New Roman" w:hAnsi="Times New Roman"/>
          <w:i/>
          <w:sz w:val="24"/>
        </w:rPr>
        <w:t>Adobe Sys. Inc. v. Christenson</w:t>
      </w:r>
      <w:r>
        <w:rPr>
          <w:rFonts w:ascii="Times New Roman" w:hAnsi="Times New Roman"/>
          <w:sz w:val="24"/>
        </w:rPr>
        <w:t xml:space="preserve">, 809 F.3d 1071, 1081 (9th Cir. 2015). If the nominative use elements are met, the nominative use does not infringe. </w:t>
      </w:r>
      <w:r>
        <w:rPr>
          <w:rFonts w:ascii="Times New Roman" w:hAnsi="Times New Roman"/>
          <w:i/>
          <w:sz w:val="24"/>
        </w:rPr>
        <w:t>Toyota Motor Sales</w:t>
      </w:r>
      <w:r>
        <w:rPr>
          <w:rFonts w:ascii="Times New Roman" w:hAnsi="Times New Roman"/>
          <w:sz w:val="24"/>
        </w:rPr>
        <w:t xml:space="preserve">, 610 F.3d 1176. If the nominative use does not satisfy all the elements, “the district court may order defendants to modify their use of the mark so that all three factors are satisfied; it may not enjoin nominative use of the mark altogether.” </w:t>
      </w:r>
      <w:r>
        <w:rPr>
          <w:rFonts w:ascii="Times New Roman" w:hAnsi="Times New Roman"/>
          <w:i/>
          <w:sz w:val="24"/>
        </w:rPr>
        <w:t>Id</w:t>
      </w:r>
      <w:r>
        <w:rPr>
          <w:rFonts w:ascii="Times New Roman" w:hAnsi="Times New Roman"/>
          <w:sz w:val="24"/>
        </w:rPr>
        <w:t xml:space="preserve">. “A defendant seeking to assert nominative fair use as a defense need only show that it used the mark to refer to the trademarked good . . . The burden then reverts to the plaintiff” to show that the nominative fair use elements are not met. </w:t>
      </w:r>
      <w:r>
        <w:rPr>
          <w:rFonts w:ascii="Times New Roman" w:hAnsi="Times New Roman"/>
          <w:i/>
          <w:sz w:val="24"/>
        </w:rPr>
        <w:t>Id</w:t>
      </w:r>
      <w:r>
        <w:rPr>
          <w:rFonts w:ascii="Times New Roman" w:hAnsi="Times New Roman"/>
          <w:sz w:val="24"/>
        </w:rPr>
        <w:t xml:space="preserve">. at 1183. The nominative fair use defense is unavailable if the marks are not identical. </w:t>
      </w:r>
      <w:r>
        <w:rPr>
          <w:rFonts w:ascii="Times New Roman" w:hAnsi="Times New Roman"/>
          <w:i/>
          <w:sz w:val="24"/>
        </w:rPr>
        <w:t>Playboy Enters., Inc. v. Welles</w:t>
      </w:r>
      <w:r>
        <w:rPr>
          <w:rFonts w:ascii="Times New Roman" w:hAnsi="Times New Roman"/>
          <w:sz w:val="24"/>
        </w:rPr>
        <w:t>, 279 F.3d 796, 801 (9th Cir. 2002) (“When a defendant uses a trademark nominally, the trademark will be identical to the plaintiff's mark, at least in terms of the words in question.”).</w:t>
      </w:r>
    </w:p>
    <w:p>
      <w:pPr>
        <w:spacing w:after="240"/>
        <w:ind w:firstLine="720"/>
      </w:pPr>
      <w:r>
        <w:rPr>
          <w:rFonts w:ascii="Times New Roman" w:hAnsi="Times New Roman"/>
          <w:sz w:val="24"/>
        </w:rPr>
        <w:t xml:space="preserve">Earlier versions of this instruction placed the burden on the defendant to show that it made nominative fair use of the plaintiff’s trademark. Despite being frequently referred to as a “defense,” nominative fair use is an alternative test “to evaluate the likelihood of confusion” (an element of an infringement claim). </w:t>
      </w:r>
      <w:r>
        <w:rPr>
          <w:rFonts w:ascii="Times New Roman" w:hAnsi="Times New Roman"/>
          <w:i/>
          <w:sz w:val="24"/>
        </w:rPr>
        <w:t>Adobe</w:t>
      </w:r>
      <w:r>
        <w:rPr>
          <w:rFonts w:ascii="Times New Roman" w:hAnsi="Times New Roman"/>
          <w:sz w:val="24"/>
        </w:rPr>
        <w:t xml:space="preserve">, 809 F.3d at 1081. The nominative fair use analysis replaces the usual test for likelihood of confusion (the </w:t>
      </w:r>
      <w:r>
        <w:rPr>
          <w:rFonts w:ascii="Times New Roman" w:hAnsi="Times New Roman"/>
          <w:i/>
          <w:sz w:val="24"/>
        </w:rPr>
        <w:t>Sleekcraft</w:t>
      </w:r>
      <w:r>
        <w:rPr>
          <w:rFonts w:ascii="Times New Roman" w:hAnsi="Times New Roman"/>
          <w:sz w:val="24"/>
        </w:rPr>
        <w:t xml:space="preserve"> factors) in cases where the defendant used the plaintiff’s trademark to “refer[] to the trademarked good itself.” </w:t>
      </w:r>
      <w:r>
        <w:rPr>
          <w:rFonts w:ascii="Times New Roman" w:hAnsi="Times New Roman"/>
          <w:i/>
          <w:sz w:val="24"/>
        </w:rPr>
        <w:t>Toyota</w:t>
      </w:r>
      <w:r>
        <w:rPr>
          <w:rFonts w:ascii="Times New Roman" w:hAnsi="Times New Roman"/>
          <w:sz w:val="24"/>
        </w:rPr>
        <w:t xml:space="preserve">, 610 F.3d at 1182; </w:t>
      </w:r>
      <w:r>
        <w:rPr>
          <w:rFonts w:ascii="Times New Roman" w:hAnsi="Times New Roman"/>
          <w:i/>
          <w:sz w:val="24"/>
        </w:rPr>
        <w:t>Adobe</w:t>
      </w:r>
      <w:r>
        <w:rPr>
          <w:rFonts w:ascii="Times New Roman" w:hAnsi="Times New Roman"/>
          <w:sz w:val="24"/>
        </w:rPr>
        <w:t xml:space="preserve">, 809 F.3d at 1081. Because it is the plaintiff’s burden to show likelihood of confusion, “[the plaintiff] must bear the burden of establishing that the [defendant’s] use of [the plaintiff’s] mark was </w:t>
      </w:r>
      <w:r>
        <w:rPr>
          <w:rFonts w:ascii="Times New Roman" w:hAnsi="Times New Roman"/>
          <w:i/>
          <w:sz w:val="24"/>
        </w:rPr>
        <w:t>not</w:t>
      </w:r>
      <w:r>
        <w:rPr>
          <w:rFonts w:ascii="Times New Roman" w:hAnsi="Times New Roman"/>
          <w:sz w:val="24"/>
        </w:rPr>
        <w:t xml:space="preserve"> nominative fair use.” </w:t>
      </w:r>
      <w:r>
        <w:rPr>
          <w:rFonts w:ascii="Times New Roman" w:hAnsi="Times New Roman"/>
          <w:i/>
          <w:sz w:val="24"/>
        </w:rPr>
        <w:t>Toyota</w:t>
      </w:r>
      <w:r>
        <w:rPr>
          <w:rFonts w:ascii="Times New Roman" w:hAnsi="Times New Roman"/>
          <w:sz w:val="24"/>
        </w:rPr>
        <w:t xml:space="preserve">, 610 F.3d at 1182-83. </w:t>
      </w:r>
      <w:r>
        <w:rPr>
          <w:rFonts w:ascii="Times New Roman" w:hAnsi="Times New Roman"/>
          <w:i/>
          <w:sz w:val="24"/>
        </w:rPr>
        <w:t xml:space="preserve">See also </w:t>
      </w:r>
      <w:r>
        <w:rPr>
          <w:rFonts w:ascii="Times New Roman" w:hAnsi="Times New Roman"/>
          <w:sz w:val="24"/>
        </w:rPr>
        <w:t xml:space="preserve">4 </w:t>
      </w:r>
      <w:r>
        <w:rPr>
          <w:rFonts w:ascii="Times New Roman" w:hAnsi="Times New Roman"/>
          <w:smallCaps/>
          <w:sz w:val="24"/>
        </w:rPr>
        <w:t>J. Thomas McCarthy, McCarthy on Trademarks and Unfair Competition</w:t>
      </w:r>
      <w:r>
        <w:rPr>
          <w:rFonts w:ascii="Times New Roman" w:hAnsi="Times New Roman"/>
          <w:sz w:val="24"/>
        </w:rPr>
        <w:t xml:space="preserve"> § 23:11 (5th ed. 2019).</w:t>
      </w:r>
    </w:p>
    <w:p>
      <w:pPr>
        <w:spacing w:after="240"/>
        <w:ind w:firstLine="720"/>
      </w:pPr>
      <w:r>
        <w:rPr>
          <w:rFonts w:ascii="Times New Roman" w:hAnsi="Times New Roman"/>
          <w:sz w:val="24"/>
        </w:rPr>
        <w:t xml:space="preserve">The nominative fair use defense applies only if the defendant “does not attempt to capitalize on consumer confusion or to appropriate the cachet of one product for a different one.”  </w:t>
      </w:r>
      <w:r>
        <w:rPr>
          <w:rFonts w:ascii="Times New Roman" w:hAnsi="Times New Roman"/>
          <w:i/>
          <w:sz w:val="24"/>
        </w:rPr>
        <w:t>Horphag Rsch. Ltd. v. Pellegrini</w:t>
      </w:r>
      <w:r>
        <w:rPr>
          <w:rFonts w:ascii="Times New Roman" w:hAnsi="Times New Roman"/>
          <w:sz w:val="24"/>
        </w:rPr>
        <w:t xml:space="preserve">, 337 F.3d 1036, 1041 (9th Cir. 2003) (holding nominative fair use defense unavailable where record showed that defendant’s use of plaintiff’s trademark suggested sponsorship or endorsement by trademark holder of defendant’s product) (citing </w:t>
      </w:r>
      <w:r>
        <w:rPr>
          <w:rFonts w:ascii="Times New Roman" w:hAnsi="Times New Roman"/>
          <w:i/>
          <w:sz w:val="24"/>
        </w:rPr>
        <w:t>New Kids on the Block v. News Am. Pub., Inc.</w:t>
      </w:r>
      <w:r>
        <w:rPr>
          <w:rFonts w:ascii="Times New Roman" w:hAnsi="Times New Roman"/>
          <w:sz w:val="24"/>
        </w:rPr>
        <w:t xml:space="preserve">, 971 F.2d 302, 306 (9th Cir. 1992)); </w:t>
      </w:r>
      <w:r>
        <w:rPr>
          <w:rFonts w:ascii="Times New Roman" w:hAnsi="Times New Roman"/>
          <w:i/>
          <w:sz w:val="24"/>
        </w:rPr>
        <w:t>see also Brother Records, Inc. v. Jardine</w:t>
      </w:r>
      <w:r>
        <w:rPr>
          <w:rFonts w:ascii="Times New Roman" w:hAnsi="Times New Roman"/>
          <w:sz w:val="24"/>
        </w:rPr>
        <w:t>, 318 F.3d 900, 905-08 (9th Cir. 2003) (discussing cases and application of nominative and classic fair use defenses, and holding neither were available because defendant’s use of trademark was not in primary descriptive sense, but instead suggested sponsorship or endorsement by trademark holder);</w:t>
      </w:r>
      <w:r>
        <w:rPr>
          <w:rFonts w:ascii="Times New Roman" w:hAnsi="Times New Roman"/>
          <w:i/>
          <w:sz w:val="24"/>
        </w:rPr>
        <w:t xml:space="preserve"> Cairns</w:t>
      </w:r>
      <w:r>
        <w:rPr>
          <w:rFonts w:ascii="Times New Roman" w:hAnsi="Times New Roman"/>
          <w:sz w:val="24"/>
        </w:rPr>
        <w:t xml:space="preserve">, 292 F.3d at 1151 (“The nominative fair use analysis is appropriate where a defendant has used the plaintiff’s mark to describe the plaintiff’s product, even if the defendant’s ultimate goal is to describe his own product.” (emphasis omitted)); </w:t>
      </w:r>
      <w:r>
        <w:rPr>
          <w:rFonts w:ascii="Times New Roman" w:hAnsi="Times New Roman"/>
          <w:i/>
          <w:sz w:val="24"/>
        </w:rPr>
        <w:t>Yuga Labs, Inc. v. Ripps</w:t>
      </w:r>
      <w:r>
        <w:rPr>
          <w:rFonts w:ascii="Times New Roman" w:hAnsi="Times New Roman"/>
          <w:sz w:val="24"/>
        </w:rPr>
        <w:t>, 144 F.4th 1137, 1164 (9th Cir. 2025) (holding that nominative fair use did not apply when the defendants “used the [trademarks] to create, promote, and sell their own [nonfungible tokens] associated with the same artwork as plaintiff’s NFT collection”).</w:t>
      </w:r>
    </w:p>
    <w:p>
      <w:pPr>
        <w:spacing w:after="240"/>
        <w:ind w:firstLine="720"/>
      </w:pPr>
      <w:r>
        <w:rPr>
          <w:rFonts w:ascii="Times New Roman" w:hAnsi="Times New Roman"/>
          <w:sz w:val="24"/>
        </w:rPr>
        <w:t>For application of fair use defense in trade dress cases or for application of First Amendment doctrines as a “fair use,” see Comment to Instruction 15.25 (Defenses—“Classic” Fair Use (15 U.S.C. § 1115(b)(4))).</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