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15.27 Defenses—First Sale</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contends that [he] [she] [</w:t>
      </w:r>
      <w:r>
        <w:rPr>
          <w:rFonts w:ascii="Times New Roman" w:hAnsi="Times New Roman"/>
          <w:i/>
          <w:sz w:val="24"/>
          <w:u w:val="single"/>
        </w:rPr>
        <w:t>other pronoun</w:t>
      </w:r>
      <w:r>
        <w:rPr>
          <w:rFonts w:ascii="Times New Roman" w:hAnsi="Times New Roman"/>
          <w:sz w:val="24"/>
        </w:rPr>
        <w:t>] is not liable for trademark infringement for [distributing] [selling] [stocking] [displaying] the plaintiff [</w:t>
      </w:r>
      <w:r>
        <w:rPr>
          <w:rFonts w:ascii="Times New Roman" w:hAnsi="Times New Roman"/>
          <w:i/>
          <w:sz w:val="24"/>
          <w:u w:val="single"/>
        </w:rPr>
        <w:t>name</w:t>
      </w:r>
      <w:r>
        <w:rPr>
          <w:rFonts w:ascii="Times New Roman" w:hAnsi="Times New Roman"/>
          <w:sz w:val="24"/>
        </w:rPr>
        <w:t>]’s product under the plaintiff [</w:t>
      </w:r>
      <w:r>
        <w:rPr>
          <w:rFonts w:ascii="Times New Roman" w:hAnsi="Times New Roman"/>
          <w:i/>
          <w:sz w:val="24"/>
          <w:u w:val="single"/>
        </w:rPr>
        <w:t>name</w:t>
      </w:r>
      <w:r>
        <w:rPr>
          <w:rFonts w:ascii="Times New Roman" w:hAnsi="Times New Roman"/>
          <w:sz w:val="24"/>
        </w:rPr>
        <w:t>]’s trademark because there was previously an authorized sale of the item. After the first authorized sale of an item, the holder of the item’s trademark may not claim trademark infringement for subsequent [sales] [distributions] [displays] of the item under that mark.</w:t>
      </w:r>
    </w:p>
    <w:p>
      <w:pPr>
        <w:spacing w:after="240"/>
        <w:ind w:firstLine="720"/>
      </w:pPr>
      <w:r>
        <w:rPr>
          <w:rFonts w:ascii="Times New Roman" w:hAnsi="Times New Roman"/>
          <w:sz w:val="24"/>
        </w:rPr>
        <w:t>If you find that the item the defendant [</w:t>
      </w:r>
      <w:r>
        <w:rPr>
          <w:rFonts w:ascii="Times New Roman" w:hAnsi="Times New Roman"/>
          <w:i/>
          <w:sz w:val="24"/>
          <w:u w:val="single"/>
        </w:rPr>
        <w:t>name</w:t>
      </w:r>
      <w:r>
        <w:rPr>
          <w:rFonts w:ascii="Times New Roman" w:hAnsi="Times New Roman"/>
          <w:sz w:val="24"/>
        </w:rPr>
        <w:t>] [distributed] [sold] [stocked] [displayed] was previously subject to an authorized sale, your verdict should be for the defendant [</w:t>
      </w:r>
      <w:r>
        <w:rPr>
          <w:rFonts w:ascii="Times New Roman" w:hAnsi="Times New Roman"/>
          <w:i/>
          <w:sz w:val="24"/>
          <w:u w:val="single"/>
        </w:rPr>
        <w:t>name</w:t>
      </w:r>
      <w:r>
        <w:rPr>
          <w:rFonts w:ascii="Times New Roman" w:hAnsi="Times New Roman"/>
          <w:sz w:val="24"/>
        </w:rPr>
        <w:t>] on the plaintiff [</w:t>
      </w:r>
      <w:r>
        <w:rPr>
          <w:rFonts w:ascii="Times New Roman" w:hAnsi="Times New Roman"/>
          <w:i/>
          <w:sz w:val="24"/>
          <w:u w:val="single"/>
        </w:rPr>
        <w:t>name</w:t>
      </w:r>
      <w:r>
        <w:rPr>
          <w:rFonts w:ascii="Times New Roman" w:hAnsi="Times New Roman"/>
          <w:sz w:val="24"/>
        </w:rPr>
        <w:t>]’s trademark infringement claim.</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first sale doctrine is an affirmative defense to trademark infringement. </w:t>
      </w:r>
      <w:r>
        <w:rPr>
          <w:rFonts w:ascii="Times New Roman" w:hAnsi="Times New Roman"/>
          <w:i/>
          <w:sz w:val="24"/>
        </w:rPr>
        <w:t>See Bluetooth SIG Inc. v. FCA US LLC</w:t>
      </w:r>
      <w:r>
        <w:rPr>
          <w:rFonts w:ascii="Times New Roman" w:hAnsi="Times New Roman"/>
          <w:sz w:val="24"/>
        </w:rPr>
        <w:t xml:space="preserve">, 30 F.4th 870, 871 (9th Cir. 2022). “Under the first sale doctrine, ‘with certain well-defined exceptions, the right of a producer to control the distribution of its trademarked product does not extend beyond the first sale of the product.’” </w:t>
      </w:r>
      <w:r>
        <w:rPr>
          <w:rFonts w:ascii="Times New Roman" w:hAnsi="Times New Roman"/>
          <w:i/>
          <w:sz w:val="24"/>
        </w:rPr>
        <w:t xml:space="preserve">Id. </w:t>
      </w:r>
      <w:r>
        <w:rPr>
          <w:rFonts w:ascii="Times New Roman" w:hAnsi="Times New Roman"/>
          <w:sz w:val="24"/>
        </w:rPr>
        <w:t xml:space="preserve">at 872 (quoting </w:t>
      </w:r>
      <w:r>
        <w:rPr>
          <w:rFonts w:ascii="Times New Roman" w:hAnsi="Times New Roman"/>
          <w:i/>
          <w:sz w:val="24"/>
        </w:rPr>
        <w:t>Sebastian Int’l, Inc. v. Longs Drug Stores Corp.</w:t>
      </w:r>
      <w:r>
        <w:rPr>
          <w:rFonts w:ascii="Times New Roman" w:hAnsi="Times New Roman"/>
          <w:sz w:val="24"/>
        </w:rPr>
        <w:t xml:space="preserve">, 53 F.3d 1073, 1074 (9th Cir. 1995) (per curiam)). “Trademark rights are ‘exhausted’ as to a given item upon the first authorized sale of that item.” </w:t>
      </w:r>
      <w:r>
        <w:rPr>
          <w:rFonts w:ascii="Times New Roman" w:hAnsi="Times New Roman"/>
          <w:i/>
          <w:sz w:val="24"/>
        </w:rPr>
        <w:t>Bluetooth</w:t>
      </w:r>
      <w:r>
        <w:rPr>
          <w:rFonts w:ascii="Times New Roman" w:hAnsi="Times New Roman"/>
          <w:sz w:val="24"/>
        </w:rPr>
        <w:t xml:space="preserve">, 30 F.4th at 872 (quoting 4 </w:t>
      </w:r>
      <w:r>
        <w:rPr>
          <w:rFonts w:ascii="Times New Roman" w:hAnsi="Times New Roman"/>
          <w:smallCaps/>
          <w:sz w:val="24"/>
        </w:rPr>
        <w:t>J. Thomas McCarthy, McCarthy on Trademarks and Unfair Competition</w:t>
      </w:r>
      <w:r>
        <w:rPr>
          <w:rFonts w:ascii="Times New Roman" w:hAnsi="Times New Roman"/>
          <w:sz w:val="24"/>
        </w:rPr>
        <w:t xml:space="preserve"> § 25:41 (5th ed. 2019)).</w:t>
      </w:r>
    </w:p>
    <w:p>
      <w:pPr>
        <w:spacing w:after="240"/>
        <w:ind w:firstLine="720"/>
      </w:pPr>
      <w:r>
        <w:rPr>
          <w:rFonts w:ascii="Times New Roman" w:hAnsi="Times New Roman"/>
          <w:sz w:val="24"/>
        </w:rPr>
        <w:t xml:space="preserve">Application of the first sale doctrine “has generally focused on the likelihood of confusion among consumers.” </w:t>
      </w:r>
      <w:r>
        <w:rPr>
          <w:rFonts w:ascii="Times New Roman" w:hAnsi="Times New Roman"/>
          <w:i/>
          <w:sz w:val="24"/>
        </w:rPr>
        <w:t>Au-Tomotive Gold Inc. v. Volkswagen of Am., Inc.</w:t>
      </w:r>
      <w:r>
        <w:rPr>
          <w:rFonts w:ascii="Times New Roman" w:hAnsi="Times New Roman"/>
          <w:sz w:val="24"/>
        </w:rPr>
        <w:t xml:space="preserve">, 603 F.3d 1133, 1136 (9th Cir. 2010). Its “essence” is that “a purchaser who does no more than stock, display, and resell a producer’s product under the producer’s trademark violates no right conferred upon the producer by the Lanham Act.” </w:t>
      </w:r>
      <w:r>
        <w:rPr>
          <w:rFonts w:ascii="Times New Roman" w:hAnsi="Times New Roman"/>
          <w:i/>
          <w:sz w:val="24"/>
        </w:rPr>
        <w:t>Sebastian</w:t>
      </w:r>
      <w:r>
        <w:rPr>
          <w:rFonts w:ascii="Times New Roman" w:hAnsi="Times New Roman"/>
          <w:sz w:val="24"/>
        </w:rPr>
        <w:t xml:space="preserve">, 53 F.3d at 1076. However, “[b]inding precedent extends the first sale doctrine beyond what </w:t>
      </w:r>
      <w:r>
        <w:rPr>
          <w:rFonts w:ascii="Times New Roman" w:hAnsi="Times New Roman"/>
          <w:i/>
          <w:sz w:val="24"/>
        </w:rPr>
        <w:t xml:space="preserve">Sebastian </w:t>
      </w:r>
      <w:r>
        <w:rPr>
          <w:rFonts w:ascii="Times New Roman" w:hAnsi="Times New Roman"/>
          <w:sz w:val="24"/>
        </w:rPr>
        <w:t xml:space="preserve">described as the doctrine’s ‘essence.’” </w:t>
      </w:r>
      <w:r>
        <w:rPr>
          <w:rFonts w:ascii="Times New Roman" w:hAnsi="Times New Roman"/>
          <w:i/>
          <w:sz w:val="24"/>
        </w:rPr>
        <w:t>Bluetooth</w:t>
      </w:r>
      <w:r>
        <w:rPr>
          <w:rFonts w:ascii="Times New Roman" w:hAnsi="Times New Roman"/>
          <w:sz w:val="24"/>
        </w:rPr>
        <w:t xml:space="preserve">, 30 F.4th at 873. The first sale doctrine’s accommodation between the policies of protecting good will and preventing confusion on the one hand, and preserving an area for competition on the other, raises different issues in the context of pure resales (where confusion ordinarily does not exist), than in the context of incorporated products, where the likelihood of confusion “will depend in some way on how a seller uses the mark of the incorporated product in connection with a new product.” </w:t>
      </w:r>
      <w:r>
        <w:rPr>
          <w:rFonts w:ascii="Times New Roman" w:hAnsi="Times New Roman"/>
          <w:i/>
          <w:sz w:val="24"/>
        </w:rPr>
        <w:t xml:space="preserve">Id. </w:t>
      </w:r>
      <w:r>
        <w:rPr>
          <w:rFonts w:ascii="Times New Roman" w:hAnsi="Times New Roman"/>
          <w:sz w:val="24"/>
        </w:rPr>
        <w:t>at 874.</w:t>
      </w:r>
    </w:p>
    <w:p>
      <w:pPr>
        <w:spacing w:after="240"/>
        <w:ind w:firstLine="720"/>
      </w:pPr>
      <w:r>
        <w:rPr>
          <w:rFonts w:ascii="Times New Roman" w:hAnsi="Times New Roman"/>
          <w:sz w:val="24"/>
        </w:rPr>
        <w:t xml:space="preserve">For instance, a retailer may repackage a producer’s trademarked goods, so long as it discloses the fact of repackaging to the public. </w:t>
      </w:r>
      <w:r>
        <w:rPr>
          <w:rFonts w:ascii="Times New Roman" w:hAnsi="Times New Roman"/>
          <w:i/>
          <w:sz w:val="24"/>
        </w:rPr>
        <w:t>Enesco Corp. v. Price/Costco Inc.</w:t>
      </w:r>
      <w:r>
        <w:rPr>
          <w:rFonts w:ascii="Times New Roman" w:hAnsi="Times New Roman"/>
          <w:sz w:val="24"/>
        </w:rPr>
        <w:t xml:space="preserve">, 146 F.3d 1083, 1086-87 (9th Cir. 1998). Similarly, a manufacturer may modify a producer’s trademarked product and use the mark to indicate that the “[trademarked] product is a constituent in the article now offered as new and changed.” </w:t>
      </w:r>
      <w:r>
        <w:rPr>
          <w:rFonts w:ascii="Times New Roman" w:hAnsi="Times New Roman"/>
          <w:i/>
          <w:sz w:val="24"/>
        </w:rPr>
        <w:t>Prestonettes, Inc., v. Coty</w:t>
      </w:r>
      <w:r>
        <w:rPr>
          <w:rFonts w:ascii="Times New Roman" w:hAnsi="Times New Roman"/>
          <w:sz w:val="24"/>
        </w:rPr>
        <w:t xml:space="preserve">, 264 U.S. 359, 369 (1924). The first sale doctrine permits use of a mark “to refer to a component incorporated into a new end product,” such as an auto manufacturer’s display of the word “Bluetooth” in a vehicle containing a Bluetooth-equipped head unit. </w:t>
      </w:r>
      <w:r>
        <w:rPr>
          <w:rFonts w:ascii="Times New Roman" w:hAnsi="Times New Roman"/>
          <w:i/>
          <w:sz w:val="24"/>
        </w:rPr>
        <w:t>Bluetooth</w:t>
      </w:r>
      <w:r>
        <w:rPr>
          <w:rFonts w:ascii="Times New Roman" w:hAnsi="Times New Roman"/>
          <w:sz w:val="24"/>
        </w:rPr>
        <w:t xml:space="preserve">, 30 F.4th at 872-73. However, the seller’s disclosure of how a trademarked product was incorporated must be adequate, and a seller’s liability is limited by the first sale doctrine only “to the extent that adequate disclosures are made.” </w:t>
      </w:r>
      <w:r>
        <w:rPr>
          <w:rFonts w:ascii="Times New Roman" w:hAnsi="Times New Roman"/>
          <w:i/>
          <w:sz w:val="24"/>
        </w:rPr>
        <w:t>Id.</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