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17.14 Copyright Infringement—Originality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You may find that [</w:t>
      </w:r>
      <w:r>
        <w:rPr>
          <w:rFonts w:ascii="Times New Roman" w:hAnsi="Times New Roman"/>
          <w:i/>
          <w:sz w:val="24"/>
          <w:u w:val="single"/>
        </w:rPr>
        <w:t>state name of work</w:t>
      </w:r>
      <w:r>
        <w:rPr>
          <w:rFonts w:ascii="Times New Roman" w:hAnsi="Times New Roman"/>
          <w:sz w:val="24"/>
        </w:rPr>
        <w:t>] [</w:t>
      </w:r>
      <w:r>
        <w:rPr>
          <w:rFonts w:ascii="Times New Roman" w:hAnsi="Times New Roman"/>
          <w:i/>
          <w:sz w:val="24"/>
          <w:u w:val="single"/>
        </w:rPr>
        <w:t>state specific components of the work</w:t>
      </w:r>
      <w:r>
        <w:rPr>
          <w:rFonts w:ascii="Times New Roman" w:hAnsi="Times New Roman"/>
          <w:sz w:val="24"/>
        </w:rPr>
        <w:t>] [is] [are] original if [it was] [they were] created: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First, independently by the [work’s] [components’] author, that is, the author did not copy [it] [them] from another work; and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Second, by the contribution of at least some minimal creativity.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>[The “original” part of a work need not be new or novel.]</w:t>
      </w:r>
    </w:p>
    <w:p>
      <w:pPr>
        <w:jc w:val="center"/>
      </w:pPr>
      <w:r>
        <w:rPr>
          <w:rFonts w:ascii="Times New Roman" w:hAnsi="Times New Roman"/>
          <w:b/>
          <w:sz w:val="24"/>
        </w:rPr>
        <w:t>Comment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“Original, as the term is used in copyright, means only that the work was independently created by the author . . . , and that it possesses at least some minimal degree of creativity.” </w:t>
      </w:r>
      <w:r>
        <w:rPr>
          <w:rFonts w:ascii="Times New Roman" w:hAnsi="Times New Roman"/>
          <w:i/>
          <w:sz w:val="24"/>
        </w:rPr>
        <w:t>Feist Pubs, Inc. v. Rural Tel. Serv. Co., Inc.</w:t>
      </w:r>
      <w:r>
        <w:rPr>
          <w:rFonts w:ascii="Times New Roman" w:hAnsi="Times New Roman"/>
          <w:sz w:val="24"/>
        </w:rPr>
        <w:t xml:space="preserve">, 499 U.S. 340, 345 (1991). A work is original if “the author contributed something more than a merely trivial variation, something recognizably his own.” </w:t>
      </w:r>
      <w:r>
        <w:rPr>
          <w:rFonts w:ascii="Times New Roman" w:hAnsi="Times New Roman"/>
          <w:i/>
          <w:sz w:val="24"/>
        </w:rPr>
        <w:t>N. Coast Indus. v. Jason Maxwell, Inc.</w:t>
      </w:r>
      <w:r>
        <w:rPr>
          <w:rFonts w:ascii="Times New Roman" w:hAnsi="Times New Roman"/>
          <w:sz w:val="24"/>
        </w:rPr>
        <w:t xml:space="preserve">, 972 F.2d 1031, 1033 (9th Cir. 1992) (citation omitted). The effort involved to create the work is “wholly irrelevant.” </w:t>
      </w:r>
      <w:r>
        <w:rPr>
          <w:rFonts w:ascii="Times New Roman" w:hAnsi="Times New Roman"/>
          <w:i/>
          <w:sz w:val="24"/>
        </w:rPr>
        <w:t>CDN, Inc. v. Kapes</w:t>
      </w:r>
      <w:r>
        <w:rPr>
          <w:rFonts w:ascii="Times New Roman" w:hAnsi="Times New Roman"/>
          <w:sz w:val="24"/>
        </w:rPr>
        <w:t xml:space="preserve">, 197 F.3d 1256, 1260 (9th Cir. 1999). However, when a work embodies only the minimum level of creativity necessary for copyright, it is said to have “thin” copyright protection, which “protects against only virtually identical copying.” </w:t>
      </w:r>
      <w:r>
        <w:rPr>
          <w:rFonts w:ascii="Times New Roman" w:hAnsi="Times New Roman"/>
          <w:i/>
          <w:sz w:val="24"/>
        </w:rPr>
        <w:t>Satava v. Lowry</w:t>
      </w:r>
      <w:r>
        <w:rPr>
          <w:rFonts w:ascii="Times New Roman" w:hAnsi="Times New Roman"/>
          <w:sz w:val="24"/>
        </w:rPr>
        <w:t>, 323 F.3d 805, 812 (9th Cir. 2003).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Whether a work involves sufficient creativity is a question of fact, </w:t>
      </w:r>
      <w:r>
        <w:rPr>
          <w:rFonts w:ascii="Times New Roman" w:hAnsi="Times New Roman"/>
          <w:i/>
          <w:sz w:val="24"/>
        </w:rPr>
        <w:t>see Dezendorf v. Twentieth Century-Fox Film Corp.</w:t>
      </w:r>
      <w:r>
        <w:rPr>
          <w:rFonts w:ascii="Times New Roman" w:hAnsi="Times New Roman"/>
          <w:sz w:val="24"/>
        </w:rPr>
        <w:t xml:space="preserve">, 99 F.2d 850, 851 (9th Cir. 1938) (holding that “question of originality” is “one of fact, not of law”); Paul Goldstein, </w:t>
      </w:r>
      <w:r>
        <w:rPr>
          <w:rFonts w:ascii="Times New Roman" w:hAnsi="Times New Roman"/>
          <w:i/>
          <w:sz w:val="24"/>
        </w:rPr>
        <w:t>Goldstein on Copyright</w:t>
      </w:r>
      <w:r>
        <w:rPr>
          <w:rFonts w:ascii="Times New Roman" w:hAnsi="Times New Roman"/>
          <w:sz w:val="24"/>
        </w:rPr>
        <w:t>, § 2.2.1 (3d ed. 2023) (“Courts have historically characterized originality as a question of fact.”).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Because “[o]riginality in this context means little more than a prohibition of actual copying,” </w:t>
      </w:r>
      <w:r>
        <w:rPr>
          <w:rFonts w:ascii="Times New Roman" w:hAnsi="Times New Roman"/>
          <w:i/>
          <w:sz w:val="24"/>
        </w:rPr>
        <w:t>N. Coast Indus.</w:t>
      </w:r>
      <w:r>
        <w:rPr>
          <w:rFonts w:ascii="Times New Roman" w:hAnsi="Times New Roman"/>
          <w:sz w:val="24"/>
        </w:rPr>
        <w:t xml:space="preserve">, 972 F.2d at 1033 (citation omitted), “a work may be original even though it closely resembles other works so long as the similarity is fortuitous, not the result of copying,” </w:t>
      </w:r>
      <w:r>
        <w:rPr>
          <w:rFonts w:ascii="Times New Roman" w:hAnsi="Times New Roman"/>
          <w:i/>
          <w:sz w:val="24"/>
        </w:rPr>
        <w:t>Feist</w:t>
      </w:r>
      <w:r>
        <w:rPr>
          <w:rFonts w:ascii="Times New Roman" w:hAnsi="Times New Roman"/>
          <w:sz w:val="24"/>
        </w:rPr>
        <w:t xml:space="preserve">, 499 U.S. at 345. The defendant can establish that the plaintiff copied the work (as opposed to independently creating it) in the same manner that the plaintiff proves infringement. </w:t>
      </w:r>
      <w:r>
        <w:rPr>
          <w:rFonts w:ascii="Times New Roman" w:hAnsi="Times New Roman"/>
          <w:i/>
          <w:sz w:val="24"/>
        </w:rPr>
        <w:t>See N. Coast Indus.</w:t>
      </w:r>
      <w:r>
        <w:rPr>
          <w:rFonts w:ascii="Times New Roman" w:hAnsi="Times New Roman"/>
          <w:sz w:val="24"/>
        </w:rPr>
        <w:t>, 972 F.2d at 1034; Instruction 17.5 (Copyright Infringement—Elements—Ownership and Copying).</w:t>
      </w:r>
    </w:p>
    <w:p>
      <w:pPr>
        <w:spacing w:after="240"/>
        <w:ind w:firstLine="720"/>
      </w:pPr>
      <w:r>
        <w:rPr>
          <w:rFonts w:ascii="Times New Roman" w:hAnsi="Times New Roman"/>
          <w:sz w:val="24"/>
        </w:rPr>
        <w:t xml:space="preserve">Facts are not original and, therefore, are non-copyrightable. </w:t>
      </w:r>
      <w:r>
        <w:rPr>
          <w:rFonts w:ascii="Times New Roman" w:hAnsi="Times New Roman"/>
          <w:i/>
          <w:sz w:val="24"/>
        </w:rPr>
        <w:t>See Feist</w:t>
      </w:r>
      <w:r>
        <w:rPr>
          <w:rFonts w:ascii="Times New Roman" w:hAnsi="Times New Roman"/>
          <w:sz w:val="24"/>
        </w:rPr>
        <w:t xml:space="preserve">, 499 U.S. at 344 (“[T]here can be no valid copyright in facts.”). But a compilation of facts may be entitled to copyright protection if the author’s arrangement or selection of those facts is original. </w:t>
      </w:r>
      <w:r>
        <w:rPr>
          <w:rFonts w:ascii="Times New Roman" w:hAnsi="Times New Roman"/>
          <w:i/>
          <w:sz w:val="24"/>
        </w:rPr>
        <w:t xml:space="preserve">See id. </w:t>
      </w:r>
      <w:r>
        <w:rPr>
          <w:rFonts w:ascii="Times New Roman" w:hAnsi="Times New Roman"/>
          <w:sz w:val="24"/>
        </w:rPr>
        <w:t xml:space="preserve">at 348-49; </w:t>
      </w:r>
      <w:r>
        <w:rPr>
          <w:rFonts w:ascii="Times New Roman" w:hAnsi="Times New Roman"/>
          <w:i/>
          <w:sz w:val="24"/>
        </w:rPr>
        <w:t>CDN, Inc.</w:t>
      </w:r>
      <w:r>
        <w:rPr>
          <w:rFonts w:ascii="Times New Roman" w:hAnsi="Times New Roman"/>
          <w:sz w:val="24"/>
        </w:rPr>
        <w:t xml:space="preserve">, 197 F.3d at 1259; </w:t>
      </w:r>
      <w:r>
        <w:rPr>
          <w:rFonts w:ascii="Times New Roman" w:hAnsi="Times New Roman"/>
          <w:i/>
          <w:sz w:val="24"/>
        </w:rPr>
        <w:t xml:space="preserve">see also </w:t>
      </w:r>
      <w:r>
        <w:rPr>
          <w:rFonts w:ascii="Times New Roman" w:hAnsi="Times New Roman"/>
          <w:sz w:val="24"/>
        </w:rPr>
        <w:t xml:space="preserve">Instructions 17.10 (Copyright Interests—Authors of Collective Works), 17.16 (Compilation). Put differently, a selection and arrangement copyright protects “the </w:t>
      </w:r>
      <w:r>
        <w:rPr>
          <w:rFonts w:ascii="Times New Roman" w:hAnsi="Times New Roman"/>
          <w:i/>
          <w:sz w:val="24"/>
        </w:rPr>
        <w:t xml:space="preserve">particular way </w:t>
      </w:r>
      <w:r>
        <w:rPr>
          <w:rFonts w:ascii="Times New Roman" w:hAnsi="Times New Roman"/>
          <w:sz w:val="24"/>
        </w:rPr>
        <w:t xml:space="preserve">in which the artistic elements form a coherent pattern, synthesis, or design.” </w:t>
      </w:r>
      <w:r>
        <w:rPr>
          <w:rFonts w:ascii="Times New Roman" w:hAnsi="Times New Roman"/>
          <w:i/>
          <w:sz w:val="24"/>
        </w:rPr>
        <w:t>Yonay v. Paramount Pictures Corp.</w:t>
      </w:r>
      <w:r>
        <w:rPr>
          <w:rFonts w:ascii="Times New Roman" w:hAnsi="Times New Roman"/>
          <w:sz w:val="24"/>
        </w:rPr>
        <w:t>, 163 F.4th 685, 692 (9th Cir. 2026) (quoting</w:t>
      </w:r>
      <w:r>
        <w:rPr>
          <w:rFonts w:ascii="Times New Roman" w:hAnsi="Times New Roman"/>
          <w:i/>
          <w:sz w:val="24"/>
        </w:rPr>
        <w:t xml:space="preserve"> Skidmore ex rel. as Tr. for Randy Craig Wolfe Tr. v. Led Zeppelin</w:t>
      </w:r>
      <w:r>
        <w:rPr>
          <w:rFonts w:ascii="Times New Roman" w:hAnsi="Times New Roman"/>
          <w:sz w:val="24"/>
        </w:rPr>
        <w:t>, 952 F.3d 1051, 1074 (9th Cir. 2020)).</w:t>
      </w:r>
    </w:p>
    <w:p>
      <w:pPr>
        <w:spacing w:after="240"/>
        <w:ind w:firstLine="720"/>
      </w:pPr>
      <w:r>
        <w:rPr>
          <w:rFonts w:ascii="Times New Roman" w:hAnsi="Times New Roman"/>
          <w:i/>
          <w:sz w:val="24"/>
        </w:rPr>
        <w:t>Revised March 2026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