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17.24 Copyright—Affirmative Defense—Abandonment</w:t>
      </w:r>
    </w:p>
    <w:p>
      <w:pPr>
        <w:spacing w:after="240"/>
        <w:ind w:firstLine="720"/>
      </w:pPr>
      <w:r>
        <w:rPr>
          <w:rFonts w:ascii="Times New Roman" w:hAnsi="Times New Roman"/>
          <w:sz w:val="24"/>
        </w:rPr>
        <w:t>The defendant [</w:t>
      </w:r>
      <w:r>
        <w:rPr>
          <w:rFonts w:ascii="Times New Roman" w:hAnsi="Times New Roman"/>
          <w:i/>
          <w:sz w:val="24"/>
          <w:u w:val="single"/>
        </w:rPr>
        <w:t>name</w:t>
      </w:r>
      <w:r>
        <w:rPr>
          <w:rFonts w:ascii="Times New Roman" w:hAnsi="Times New Roman"/>
          <w:sz w:val="24"/>
        </w:rPr>
        <w:t>] contends that a copyright does not exist in the plaintiff [</w:t>
      </w:r>
      <w:r>
        <w:rPr>
          <w:rFonts w:ascii="Times New Roman" w:hAnsi="Times New Roman"/>
          <w:i/>
          <w:sz w:val="24"/>
          <w:u w:val="single"/>
        </w:rPr>
        <w:t>name</w:t>
      </w:r>
      <w:r>
        <w:rPr>
          <w:rFonts w:ascii="Times New Roman" w:hAnsi="Times New Roman"/>
          <w:sz w:val="24"/>
        </w:rPr>
        <w:t>]’s work because the plaintiff [</w:t>
      </w:r>
      <w:r>
        <w:rPr>
          <w:rFonts w:ascii="Times New Roman" w:hAnsi="Times New Roman"/>
          <w:i/>
          <w:sz w:val="24"/>
          <w:u w:val="single"/>
        </w:rPr>
        <w:t>name</w:t>
      </w:r>
      <w:r>
        <w:rPr>
          <w:rFonts w:ascii="Times New Roman" w:hAnsi="Times New Roman"/>
          <w:sz w:val="24"/>
        </w:rPr>
        <w:t>] abandoned the copyright. The plaintiff [</w:t>
      </w:r>
      <w:r>
        <w:rPr>
          <w:rFonts w:ascii="Times New Roman" w:hAnsi="Times New Roman"/>
          <w:i/>
          <w:sz w:val="24"/>
          <w:u w:val="single"/>
        </w:rPr>
        <w:t>name</w:t>
      </w:r>
      <w:r>
        <w:rPr>
          <w:rFonts w:ascii="Times New Roman" w:hAnsi="Times New Roman"/>
          <w:sz w:val="24"/>
        </w:rPr>
        <w:t>] cannot claim ownership of the copyright if it was abandoned. To show abandonment, the defendant [</w:t>
      </w:r>
      <w:r>
        <w:rPr>
          <w:rFonts w:ascii="Times New Roman" w:hAnsi="Times New Roman"/>
          <w:i/>
          <w:sz w:val="24"/>
          <w:u w:val="single"/>
        </w:rPr>
        <w:t>name</w:t>
      </w:r>
      <w:r>
        <w:rPr>
          <w:rFonts w:ascii="Times New Roman" w:hAnsi="Times New Roman"/>
          <w:sz w:val="24"/>
        </w:rPr>
        <w:t>] has the burden of proving each of the following by a preponderance of the evidence:</w:t>
      </w:r>
    </w:p>
    <w:p>
      <w:pPr>
        <w:spacing w:after="240"/>
        <w:ind w:firstLine="720"/>
      </w:pPr>
      <w:r>
        <w:rPr>
          <w:rFonts w:ascii="Times New Roman" w:hAnsi="Times New Roman"/>
          <w:sz w:val="24"/>
        </w:rPr>
        <w:t>First, the plaintiff [</w:t>
      </w:r>
      <w:r>
        <w:rPr>
          <w:rFonts w:ascii="Times New Roman" w:hAnsi="Times New Roman"/>
          <w:i/>
          <w:sz w:val="24"/>
          <w:u w:val="single"/>
        </w:rPr>
        <w:t>name</w:t>
      </w:r>
      <w:r>
        <w:rPr>
          <w:rFonts w:ascii="Times New Roman" w:hAnsi="Times New Roman"/>
          <w:sz w:val="24"/>
        </w:rPr>
        <w:t>] intended to surrender [ownership] rights in the work; and</w:t>
      </w:r>
    </w:p>
    <w:p>
      <w:pPr>
        <w:spacing w:after="240"/>
        <w:ind w:firstLine="720"/>
      </w:pPr>
      <w:r>
        <w:rPr>
          <w:rFonts w:ascii="Times New Roman" w:hAnsi="Times New Roman"/>
          <w:sz w:val="24"/>
        </w:rPr>
        <w:t>Second, an act by the plaintiff [</w:t>
      </w:r>
      <w:r>
        <w:rPr>
          <w:rFonts w:ascii="Times New Roman" w:hAnsi="Times New Roman"/>
          <w:i/>
          <w:sz w:val="24"/>
          <w:u w:val="single"/>
        </w:rPr>
        <w:t>name</w:t>
      </w:r>
      <w:r>
        <w:rPr>
          <w:rFonts w:ascii="Times New Roman" w:hAnsi="Times New Roman"/>
          <w:sz w:val="24"/>
        </w:rPr>
        <w:t>] evidencing that intent.</w:t>
      </w:r>
    </w:p>
    <w:p>
      <w:pPr>
        <w:spacing w:after="240"/>
        <w:ind w:firstLine="720"/>
      </w:pPr>
      <w:r>
        <w:rPr>
          <w:rFonts w:ascii="Times New Roman" w:hAnsi="Times New Roman"/>
          <w:sz w:val="24"/>
        </w:rPr>
        <w:t>Mere inaction [or publication without a copyright notice] does not constitute abandonment of the copyright; however, [this may be a factor] [these may be factors] for you to consider in determining whether the plaintiff [</w:t>
      </w:r>
      <w:r>
        <w:rPr>
          <w:rFonts w:ascii="Times New Roman" w:hAnsi="Times New Roman"/>
          <w:i/>
          <w:sz w:val="24"/>
          <w:u w:val="single"/>
        </w:rPr>
        <w:t>name</w:t>
      </w:r>
      <w:r>
        <w:rPr>
          <w:rFonts w:ascii="Times New Roman" w:hAnsi="Times New Roman"/>
          <w:sz w:val="24"/>
        </w:rPr>
        <w:t>] has abandoned the copyright.</w:t>
      </w:r>
    </w:p>
    <w:p>
      <w:pPr>
        <w:spacing w:after="240"/>
        <w:ind w:firstLine="720"/>
      </w:pPr>
      <w:r>
        <w:rPr>
          <w:rFonts w:ascii="Times New Roman" w:hAnsi="Times New Roman"/>
          <w:sz w:val="24"/>
        </w:rPr>
        <w:t>If you find that the plaintiff [</w:t>
      </w:r>
      <w:r>
        <w:rPr>
          <w:rFonts w:ascii="Times New Roman" w:hAnsi="Times New Roman"/>
          <w:i/>
          <w:sz w:val="24"/>
          <w:u w:val="single"/>
        </w:rPr>
        <w:t>name</w:t>
      </w:r>
      <w:r>
        <w:rPr>
          <w:rFonts w:ascii="Times New Roman" w:hAnsi="Times New Roman"/>
          <w:sz w:val="24"/>
        </w:rPr>
        <w:t>] has proved [his] [her] [</w:t>
      </w:r>
      <w:r>
        <w:rPr>
          <w:rFonts w:ascii="Times New Roman" w:hAnsi="Times New Roman"/>
          <w:i/>
          <w:sz w:val="24"/>
          <w:u w:val="single"/>
        </w:rPr>
        <w:t>other pronoun</w:t>
      </w:r>
      <w:r>
        <w:rPr>
          <w:rFonts w:ascii="Times New Roman" w:hAnsi="Times New Roman"/>
          <w:sz w:val="24"/>
        </w:rPr>
        <w:t>] claim[s] in accordance with Instruction[s] [</w:t>
      </w:r>
      <w:r>
        <w:rPr>
          <w:rFonts w:ascii="Times New Roman" w:hAnsi="Times New Roman"/>
          <w:i/>
          <w:sz w:val="24"/>
          <w:u w:val="single"/>
        </w:rPr>
        <w:t>insert cross reference to the pertinent instructions on the plaintiff’s theory of infringement</w:t>
      </w:r>
      <w:r>
        <w:rPr>
          <w:rFonts w:ascii="Times New Roman" w:hAnsi="Times New Roman"/>
          <w:sz w:val="24"/>
        </w:rPr>
        <w:t>], your verdict should be for the plaintiff [</w:t>
      </w:r>
      <w:r>
        <w:rPr>
          <w:rFonts w:ascii="Times New Roman" w:hAnsi="Times New Roman"/>
          <w:i/>
          <w:sz w:val="24"/>
          <w:u w:val="single"/>
        </w:rPr>
        <w:t>name</w:t>
      </w:r>
      <w:r>
        <w:rPr>
          <w:rFonts w:ascii="Times New Roman" w:hAnsi="Times New Roman"/>
          <w:sz w:val="24"/>
        </w:rPr>
        <w:t>], unless you find that the defendant [</w:t>
      </w:r>
      <w:r>
        <w:rPr>
          <w:rFonts w:ascii="Times New Roman" w:hAnsi="Times New Roman"/>
          <w:i/>
          <w:sz w:val="24"/>
          <w:u w:val="single"/>
        </w:rPr>
        <w:t>name</w:t>
      </w:r>
      <w:r>
        <w:rPr>
          <w:rFonts w:ascii="Times New Roman" w:hAnsi="Times New Roman"/>
          <w:sz w:val="24"/>
        </w:rPr>
        <w:t>] has proved each of the elements of this affirmative defense, in which case your verdict should be for the defendant [</w:t>
      </w:r>
      <w:r>
        <w:rPr>
          <w:rFonts w:ascii="Times New Roman" w:hAnsi="Times New Roman"/>
          <w:i/>
          <w:sz w:val="24"/>
          <w:u w:val="single"/>
        </w:rPr>
        <w:t>name</w:t>
      </w:r>
      <w:r>
        <w:rPr>
          <w:rFonts w:ascii="Times New Roman" w:hAnsi="Times New Roman"/>
          <w:sz w:val="24"/>
        </w:rPr>
        <w:t>].</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Abandonment is an affirmative defense. </w:t>
      </w:r>
      <w:r>
        <w:rPr>
          <w:rFonts w:ascii="Times New Roman" w:hAnsi="Times New Roman"/>
          <w:i/>
          <w:sz w:val="24"/>
        </w:rPr>
        <w:t>See, e.g.</w:t>
      </w:r>
      <w:r>
        <w:rPr>
          <w:rFonts w:ascii="Times New Roman" w:hAnsi="Times New Roman"/>
          <w:sz w:val="24"/>
        </w:rPr>
        <w:t>,</w:t>
      </w:r>
      <w:r>
        <w:rPr>
          <w:rFonts w:ascii="Times New Roman" w:hAnsi="Times New Roman"/>
          <w:i/>
          <w:sz w:val="24"/>
        </w:rPr>
        <w:t xml:space="preserve"> A&amp;M Records, Inc. v. Napster, Inc.</w:t>
      </w:r>
      <w:r>
        <w:rPr>
          <w:rFonts w:ascii="Times New Roman" w:hAnsi="Times New Roman"/>
          <w:sz w:val="24"/>
        </w:rPr>
        <w:t xml:space="preserve">, 239 F.3d 1004, 1026 (9th Cir. 2001); </w:t>
      </w:r>
      <w:r>
        <w:rPr>
          <w:rFonts w:ascii="Times New Roman" w:hAnsi="Times New Roman"/>
          <w:i/>
          <w:sz w:val="24"/>
        </w:rPr>
        <w:t>Abend v. MCA, Inc</w:t>
      </w:r>
      <w:r>
        <w:rPr>
          <w:rFonts w:ascii="Times New Roman" w:hAnsi="Times New Roman"/>
          <w:sz w:val="24"/>
        </w:rPr>
        <w:t xml:space="preserve">., 863 F.2d 1465, 1482 n.21 (9th Cir. 1988). The Ninth Circuit adopted the doctrine of copyright abandonment in </w:t>
      </w:r>
      <w:r>
        <w:rPr>
          <w:rFonts w:ascii="Times New Roman" w:hAnsi="Times New Roman"/>
          <w:i/>
          <w:sz w:val="24"/>
        </w:rPr>
        <w:t>Hampton v. Paramount Pictures Corp.</w:t>
      </w:r>
      <w:r>
        <w:rPr>
          <w:rFonts w:ascii="Times New Roman" w:hAnsi="Times New Roman"/>
          <w:sz w:val="24"/>
        </w:rPr>
        <w:t xml:space="preserve">, 279 F.2d 100, 104 (9th Cir. 1960). </w:t>
      </w:r>
      <w:r>
        <w:rPr>
          <w:rFonts w:ascii="Times New Roman" w:hAnsi="Times New Roman"/>
          <w:i/>
          <w:sz w:val="24"/>
        </w:rPr>
        <w:t>See Doc’s Dream, LLC v. Dolores Press, Inc.</w:t>
      </w:r>
      <w:r>
        <w:rPr>
          <w:rFonts w:ascii="Times New Roman" w:hAnsi="Times New Roman"/>
          <w:sz w:val="24"/>
        </w:rPr>
        <w:t>, 959 F.3d 357, 362 (9th Cir. 2020).</w:t>
      </w:r>
    </w:p>
    <w:p>
      <w:pPr>
        <w:spacing w:after="240"/>
        <w:ind w:firstLine="720"/>
      </w:pPr>
      <w:r>
        <w:rPr>
          <w:rFonts w:ascii="Times New Roman" w:hAnsi="Times New Roman"/>
          <w:sz w:val="24"/>
        </w:rPr>
        <w:t xml:space="preserve">Abandonment of a right secured by the Copyright Act must be manifested by an overt act indicating an intention to abandon that right. </w:t>
      </w:r>
      <w:r>
        <w:rPr>
          <w:rFonts w:ascii="Times New Roman" w:hAnsi="Times New Roman"/>
          <w:i/>
          <w:sz w:val="24"/>
        </w:rPr>
        <w:t>Micro Star v. Formgen, Inc.</w:t>
      </w:r>
      <w:r>
        <w:rPr>
          <w:rFonts w:ascii="Times New Roman" w:hAnsi="Times New Roman"/>
          <w:sz w:val="24"/>
        </w:rPr>
        <w:t xml:space="preserve">, 154 F.3d 1107, 1114 (9th Cir. 1998). A copyright owner may abandon some rights and retain others. </w:t>
      </w:r>
      <w:r>
        <w:rPr>
          <w:rFonts w:ascii="Times New Roman" w:hAnsi="Times New Roman"/>
          <w:i/>
          <w:sz w:val="24"/>
        </w:rPr>
        <w:t>Id.</w:t>
      </w:r>
      <w:r>
        <w:rPr>
          <w:rFonts w:ascii="Times New Roman" w:hAnsi="Times New Roman"/>
          <w:sz w:val="24"/>
        </w:rPr>
        <w:t xml:space="preserve"> at 1114 (holding that a license permitting creation of derivative works from software, but also prohibiting the licensees from distributing derivative works commercially, did not abandon the copyright holder’s rights to profit commercially from derivative works).</w:t>
      </w:r>
    </w:p>
    <w:p>
      <w:pPr>
        <w:spacing w:after="240"/>
        <w:ind w:firstLine="720"/>
      </w:pPr>
      <w:r>
        <w:rPr>
          <w:rFonts w:ascii="Times New Roman" w:hAnsi="Times New Roman"/>
          <w:sz w:val="24"/>
        </w:rPr>
        <w:t xml:space="preserve">The bracketed portion of the second paragraph pertaining to publication without copyright notice should be used if the copyright infringement action is brought under the 1909 Copyright Act. Under the Copyright Act of 1909, a federal copyright was secured by publishing a work with the proper notice. </w:t>
      </w:r>
      <w:r>
        <w:rPr>
          <w:rFonts w:ascii="Times New Roman" w:hAnsi="Times New Roman"/>
          <w:i/>
          <w:sz w:val="24"/>
        </w:rPr>
        <w:t>La Cienega Music Co. v. ZZ Top</w:t>
      </w:r>
      <w:r>
        <w:rPr>
          <w:rFonts w:ascii="Times New Roman" w:hAnsi="Times New Roman"/>
          <w:sz w:val="24"/>
        </w:rPr>
        <w:t xml:space="preserve">, 53 F.3d 950, 953 (9th Cir. 1995). Before publication, common law copyright protected a work from the time of its creation. </w:t>
      </w:r>
      <w:r>
        <w:rPr>
          <w:rFonts w:ascii="Times New Roman" w:hAnsi="Times New Roman"/>
          <w:i/>
          <w:sz w:val="24"/>
        </w:rPr>
        <w:t>Id.</w:t>
      </w:r>
    </w:p>
    <w:p>
      <w:pPr>
        <w:spacing w:after="240"/>
        <w:ind w:firstLine="720"/>
      </w:pPr>
      <w:r>
        <w:rPr>
          <w:rFonts w:ascii="Times New Roman" w:hAnsi="Times New Roman"/>
          <w:sz w:val="24"/>
        </w:rPr>
        <w:t xml:space="preserve">Under the 1909 Copyright Act, if a work was published without notice, the author (1) failed to obtain a federal copyright, and (2) lost the common law copyright. </w:t>
      </w:r>
      <w:r>
        <w:rPr>
          <w:rFonts w:ascii="Times New Roman" w:hAnsi="Times New Roman"/>
          <w:i/>
          <w:sz w:val="24"/>
        </w:rPr>
        <w:t>See Twin Books Corp. v. Walt Disney Co.</w:t>
      </w:r>
      <w:r>
        <w:rPr>
          <w:rFonts w:ascii="Times New Roman" w:hAnsi="Times New Roman"/>
          <w:sz w:val="24"/>
        </w:rPr>
        <w:t xml:space="preserve">, 83 F.3d 1162, 1165 (9th Cir. 1996). When a copyright owner loses its rights in its work by publication without proper notice, the resulting loss is an involuntary forfeiture as opposed to abandonment. </w:t>
      </w:r>
      <w:r>
        <w:rPr>
          <w:rFonts w:ascii="Times New Roman" w:hAnsi="Times New Roman"/>
          <w:i/>
          <w:sz w:val="24"/>
        </w:rPr>
        <w:t xml:space="preserve">See </w:t>
      </w:r>
      <w:r>
        <w:rPr>
          <w:rFonts w:ascii="Times New Roman" w:hAnsi="Times New Roman"/>
          <w:sz w:val="24"/>
        </w:rPr>
        <w:t xml:space="preserve">William F. Patry, 2 </w:t>
      </w:r>
      <w:r>
        <w:rPr>
          <w:rFonts w:ascii="Times New Roman" w:hAnsi="Times New Roman"/>
          <w:i/>
          <w:sz w:val="24"/>
        </w:rPr>
        <w:t>Patry on Copyright,</w:t>
      </w:r>
      <w:r>
        <w:rPr>
          <w:rFonts w:ascii="Times New Roman" w:hAnsi="Times New Roman"/>
          <w:sz w:val="24"/>
        </w:rPr>
        <w:t xml:space="preserve"> § 5:155 (2023) (“Abandonment refers to deliberate acts taken by the copyright owner to disclaim its interest in a protected work. . . . Forfeiture occurs by operation of law, without regard to the copyright owner’s intent.”); </w:t>
      </w:r>
      <w:r>
        <w:rPr>
          <w:rFonts w:ascii="Times New Roman" w:hAnsi="Times New Roman"/>
          <w:i/>
          <w:sz w:val="24"/>
        </w:rPr>
        <w:t>Am. Vitagraph, Inc. v. Levy</w:t>
      </w:r>
      <w:r>
        <w:rPr>
          <w:rFonts w:ascii="Times New Roman" w:hAnsi="Times New Roman"/>
          <w:sz w:val="24"/>
        </w:rPr>
        <w:t xml:space="preserve">, 659 F.2d 1023, 1026-27 (9th Cir. 1981) (citing </w:t>
      </w:r>
      <w:r>
        <w:rPr>
          <w:rFonts w:ascii="Times New Roman" w:hAnsi="Times New Roman"/>
          <w:i/>
          <w:sz w:val="24"/>
        </w:rPr>
        <w:t>Nat’l Comics Publ’ns, Inc. v. Fawcett Publ’ns</w:t>
      </w:r>
      <w:r>
        <w:rPr>
          <w:rFonts w:ascii="Times New Roman" w:hAnsi="Times New Roman"/>
          <w:sz w:val="24"/>
        </w:rPr>
        <w:t>, 191 F.2d 594, 599 (2d Cir. 1951),</w:t>
      </w:r>
      <w:r>
        <w:rPr>
          <w:rFonts w:ascii="Times New Roman" w:hAnsi="Times New Roman"/>
          <w:i/>
          <w:sz w:val="24"/>
        </w:rPr>
        <w:t xml:space="preserve"> supplemented sub nom. Nat’l Comics Publ’ns v. Fawcett Publ’ns</w:t>
      </w:r>
      <w:r>
        <w:rPr>
          <w:rFonts w:ascii="Times New Roman" w:hAnsi="Times New Roman"/>
          <w:sz w:val="24"/>
        </w:rPr>
        <w:t>, 198 F.2d 927 (2d Cir. 1952)).</w:t>
      </w:r>
    </w:p>
    <w:p>
      <w:pPr>
        <w:spacing w:after="240"/>
        <w:ind w:firstLine="720"/>
      </w:pPr>
      <w:r>
        <w:rPr>
          <w:rFonts w:ascii="Times New Roman" w:hAnsi="Times New Roman"/>
          <w:i/>
          <w:sz w:val="24"/>
        </w:rPr>
        <w:t>Revised Dec. 2023</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