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17.25 Copyright—Affirmative Defense—Copyright Misuse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Ninth Circuit explicitly adopted copyright misuse as a defense to copyright infringement in </w:t>
      </w:r>
      <w:r>
        <w:rPr>
          <w:rFonts w:ascii="Times New Roman" w:hAnsi="Times New Roman"/>
          <w:i/>
          <w:sz w:val="24"/>
        </w:rPr>
        <w:t>Practice Management Information Corp. v. American Medical Association</w:t>
      </w:r>
      <w:r>
        <w:rPr>
          <w:rFonts w:ascii="Times New Roman" w:hAnsi="Times New Roman"/>
          <w:sz w:val="24"/>
        </w:rPr>
        <w:t xml:space="preserve">, 121 F.3d 516, 520 (9th Cir. 1997), </w:t>
      </w:r>
      <w:r>
        <w:rPr>
          <w:rFonts w:ascii="Times New Roman" w:hAnsi="Times New Roman"/>
          <w:i/>
          <w:sz w:val="24"/>
        </w:rPr>
        <w:t xml:space="preserve">amended by </w:t>
      </w:r>
      <w:r>
        <w:rPr>
          <w:rFonts w:ascii="Times New Roman" w:hAnsi="Times New Roman"/>
          <w:sz w:val="24"/>
        </w:rPr>
        <w:t xml:space="preserve">133 F.3d 1140 (9th Cir. 1998). “Copyright misuse is an equitable defense to copyright infringement which precludes the copyright holder’s enforcement of its copyright during the misuse period.” </w:t>
      </w:r>
      <w:r>
        <w:rPr>
          <w:rFonts w:ascii="Times New Roman" w:hAnsi="Times New Roman"/>
          <w:i/>
          <w:sz w:val="24"/>
        </w:rPr>
        <w:t>Vernor v. Autodesk, Inc.</w:t>
      </w:r>
      <w:r>
        <w:rPr>
          <w:rFonts w:ascii="Times New Roman" w:hAnsi="Times New Roman"/>
          <w:sz w:val="24"/>
        </w:rPr>
        <w:t xml:space="preserve">, 621 F.3d 1102, 1115 (9th Cir. 2010). The defense applies only when there is an allegation of copyright infringement. </w:t>
      </w:r>
      <w:r>
        <w:rPr>
          <w:rFonts w:ascii="Times New Roman" w:hAnsi="Times New Roman"/>
          <w:i/>
          <w:sz w:val="24"/>
        </w:rPr>
        <w:t>Altera Corp. v. Clear Logic, Inc</w:t>
      </w:r>
      <w:r>
        <w:rPr>
          <w:rFonts w:ascii="Times New Roman" w:hAnsi="Times New Roman"/>
          <w:sz w:val="24"/>
        </w:rPr>
        <w:t xml:space="preserve">., 424 F.3d 1079, 1090 (9th Cir. 2005). Although copyright misuse precludes enforcement of a copyright during the period of misuse, it does not invalidate the copyright. </w:t>
      </w:r>
      <w:r>
        <w:rPr>
          <w:rFonts w:ascii="Times New Roman" w:hAnsi="Times New Roman"/>
          <w:i/>
          <w:sz w:val="24"/>
        </w:rPr>
        <w:t>Prac. Mgmt</w:t>
      </w:r>
      <w:r>
        <w:rPr>
          <w:rFonts w:ascii="Times New Roman" w:hAnsi="Times New Roman"/>
          <w:sz w:val="24"/>
        </w:rPr>
        <w:t>., 121 F.3d at 520 n.9.</w:t>
      </w:r>
    </w:p>
    <w:p>
      <w:pPr>
        <w:spacing w:after="240"/>
        <w:ind w:firstLine="720"/>
      </w:pPr>
      <w:r>
        <w:rPr>
          <w:rFonts w:ascii="Times New Roman" w:hAnsi="Times New Roman"/>
          <w:sz w:val="24"/>
        </w:rPr>
        <w:t xml:space="preserve">The misuse doctrine “forbids the use of the copyright to secure an exclusive right or limited monopoly not granted by the Copyright Office.” </w:t>
      </w:r>
      <w:r>
        <w:rPr>
          <w:rFonts w:ascii="Times New Roman" w:hAnsi="Times New Roman"/>
          <w:i/>
          <w:sz w:val="24"/>
        </w:rPr>
        <w:t>Id</w:t>
      </w:r>
      <w:r>
        <w:rPr>
          <w:rFonts w:ascii="Times New Roman" w:hAnsi="Times New Roman"/>
          <w:sz w:val="24"/>
        </w:rPr>
        <w:t xml:space="preserve">. at 520 (quoting </w:t>
      </w:r>
      <w:r>
        <w:rPr>
          <w:rFonts w:ascii="Times New Roman" w:hAnsi="Times New Roman"/>
          <w:i/>
          <w:sz w:val="24"/>
        </w:rPr>
        <w:t>Lasercomb Am., Inc. v.</w:t>
      </w:r>
      <w:r>
        <w:rPr>
          <w:rFonts w:ascii="Times New Roman" w:hAnsi="Times New Roman"/>
          <w:sz w:val="24"/>
        </w:rPr>
        <w:t xml:space="preserve"> </w:t>
      </w:r>
      <w:r>
        <w:rPr>
          <w:rFonts w:ascii="Times New Roman" w:hAnsi="Times New Roman"/>
          <w:i/>
          <w:sz w:val="24"/>
        </w:rPr>
        <w:t>Reynolds</w:t>
      </w:r>
      <w:r>
        <w:rPr>
          <w:rFonts w:ascii="Times New Roman" w:hAnsi="Times New Roman"/>
          <w:sz w:val="24"/>
        </w:rPr>
        <w:t xml:space="preserve">, 911 F.2d 970, 977 (4th Cir. 1990)). The purpose of the defense is to prevent copyright holders “from leveraging their limited monopoly to allow them control of areas outside the monopoly.” </w:t>
      </w:r>
      <w:r>
        <w:rPr>
          <w:rFonts w:ascii="Times New Roman" w:hAnsi="Times New Roman"/>
          <w:i/>
          <w:sz w:val="24"/>
        </w:rPr>
        <w:t>Apple Inc. v. Psystar Corp</w:t>
      </w:r>
      <w:r>
        <w:rPr>
          <w:rFonts w:ascii="Times New Roman" w:hAnsi="Times New Roman"/>
          <w:sz w:val="24"/>
        </w:rPr>
        <w:t xml:space="preserve">., 658 F.3d 1150, 1157 (9th Cir. 2011) (quoting </w:t>
      </w:r>
      <w:r>
        <w:rPr>
          <w:rFonts w:ascii="Times New Roman" w:hAnsi="Times New Roman"/>
          <w:i/>
          <w:sz w:val="24"/>
        </w:rPr>
        <w:t>A&amp;M</w:t>
      </w:r>
      <w:r>
        <w:rPr>
          <w:rFonts w:ascii="Times New Roman" w:hAnsi="Times New Roman"/>
          <w:sz w:val="24"/>
        </w:rPr>
        <w:t xml:space="preserve"> </w:t>
      </w:r>
      <w:r>
        <w:rPr>
          <w:rFonts w:ascii="Times New Roman" w:hAnsi="Times New Roman"/>
          <w:i/>
          <w:sz w:val="24"/>
        </w:rPr>
        <w:t>Recs., Inc. v. Napster, Inc</w:t>
      </w:r>
      <w:r>
        <w:rPr>
          <w:rFonts w:ascii="Times New Roman" w:hAnsi="Times New Roman"/>
          <w:sz w:val="24"/>
        </w:rPr>
        <w:t xml:space="preserve">., 239 F.3d 1004, 1026 (9th Cir. 2001)); </w:t>
      </w:r>
      <w:r>
        <w:rPr>
          <w:rFonts w:ascii="Times New Roman" w:hAnsi="Times New Roman"/>
          <w:i/>
          <w:sz w:val="24"/>
        </w:rPr>
        <w:t>see also Prac. Mgmt</w:t>
      </w:r>
      <w:r>
        <w:rPr>
          <w:rFonts w:ascii="Times New Roman" w:hAnsi="Times New Roman"/>
          <w:sz w:val="24"/>
        </w:rPr>
        <w:t>., 121 F.3d at 520-21 (holding that a copyright holder misused its copyright when it required a licensee to exclusively use the copyright holder’s copyrighted coding system, because that gave the copyright holder a “substantial and unfair advantage over its competitors”).</w:t>
      </w:r>
    </w:p>
    <w:p>
      <w:pPr>
        <w:spacing w:after="240"/>
        <w:ind w:firstLine="720"/>
      </w:pPr>
      <w:r>
        <w:rPr>
          <w:rFonts w:ascii="Times New Roman" w:hAnsi="Times New Roman"/>
          <w:sz w:val="24"/>
        </w:rPr>
        <w:t xml:space="preserve">The contours of the copyright misuse defense are still being defined because courts often do not address the issue when the underlying copyright infringement claim is unsuccessful.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MDY Indus., LLC</w:t>
      </w:r>
      <w:r>
        <w:rPr>
          <w:rFonts w:ascii="Times New Roman" w:hAnsi="Times New Roman"/>
          <w:sz w:val="24"/>
        </w:rPr>
        <w:t xml:space="preserve"> </w:t>
      </w:r>
      <w:r>
        <w:rPr>
          <w:rFonts w:ascii="Times New Roman" w:hAnsi="Times New Roman"/>
          <w:i/>
          <w:sz w:val="24"/>
        </w:rPr>
        <w:t>v. Blizzard Ent., Inc</w:t>
      </w:r>
      <w:r>
        <w:rPr>
          <w:rFonts w:ascii="Times New Roman" w:hAnsi="Times New Roman"/>
          <w:sz w:val="24"/>
        </w:rPr>
        <w:t xml:space="preserve">., 629 F.3d 928, 941 (9th Cir. 2010) (declining to address copyright misuse issue because there was no infringement); </w:t>
      </w:r>
      <w:r>
        <w:rPr>
          <w:rFonts w:ascii="Times New Roman" w:hAnsi="Times New Roman"/>
          <w:i/>
          <w:sz w:val="24"/>
        </w:rPr>
        <w:t>Vernor</w:t>
      </w:r>
      <w:r>
        <w:rPr>
          <w:rFonts w:ascii="Times New Roman" w:hAnsi="Times New Roman"/>
          <w:sz w:val="24"/>
        </w:rPr>
        <w:t xml:space="preserve">, 621 F.3d at 1115 (noting that the district court did not decide copyright misuse because it found no infringement); </w:t>
      </w:r>
      <w:r>
        <w:rPr>
          <w:rFonts w:ascii="Times New Roman" w:hAnsi="Times New Roman"/>
          <w:i/>
          <w:sz w:val="24"/>
        </w:rPr>
        <w:t>Sony Comput. Ent., Inc. v.</w:t>
      </w:r>
      <w:r>
        <w:rPr>
          <w:rFonts w:ascii="Times New Roman" w:hAnsi="Times New Roman"/>
          <w:sz w:val="24"/>
        </w:rPr>
        <w:t xml:space="preserve"> </w:t>
      </w:r>
      <w:r>
        <w:rPr>
          <w:rFonts w:ascii="Times New Roman" w:hAnsi="Times New Roman"/>
          <w:i/>
          <w:sz w:val="24"/>
        </w:rPr>
        <w:t>Connectix Corp</w:t>
      </w:r>
      <w:r>
        <w:rPr>
          <w:rFonts w:ascii="Times New Roman" w:hAnsi="Times New Roman"/>
          <w:sz w:val="24"/>
        </w:rPr>
        <w:t xml:space="preserve">., 203 F.3d 596, 608 (9th Cir. 2000) (declining to consider copyright misuse defense when the plaintiff failed to show a likelihood of success on the merits of its copyright infringement claim). There is a useful discussion of this affirmative defense in the concurring opinion in </w:t>
      </w:r>
      <w:r>
        <w:rPr>
          <w:rFonts w:ascii="Times New Roman" w:hAnsi="Times New Roman"/>
          <w:i/>
          <w:sz w:val="24"/>
        </w:rPr>
        <w:t>Omega</w:t>
      </w:r>
      <w:r>
        <w:rPr>
          <w:rFonts w:ascii="Times New Roman" w:hAnsi="Times New Roman"/>
          <w:sz w:val="24"/>
        </w:rPr>
        <w:t xml:space="preserve"> </w:t>
      </w:r>
      <w:r>
        <w:rPr>
          <w:rFonts w:ascii="Times New Roman" w:hAnsi="Times New Roman"/>
          <w:i/>
          <w:sz w:val="24"/>
        </w:rPr>
        <w:t>S.A. v. Costco Wholesale Corp.</w:t>
      </w:r>
      <w:r>
        <w:rPr>
          <w:rFonts w:ascii="Times New Roman" w:hAnsi="Times New Roman"/>
          <w:sz w:val="24"/>
        </w:rPr>
        <w:t>, 776 F.3d 692, 699-706 (9th Cir. 2015) (Wardlaw, J., concurring).</w:t>
      </w:r>
    </w:p>
    <w:p>
      <w:pPr>
        <w:spacing w:after="240"/>
        <w:ind w:firstLine="720"/>
      </w:pPr>
      <w:r>
        <w:rPr>
          <w:rFonts w:ascii="Times New Roman" w:hAnsi="Times New Roman"/>
          <w:sz w:val="24"/>
        </w:rPr>
        <w:t xml:space="preserve">The Ninth Circuit has not yet decided whether the equitable defense of copyright misuse should be submitted to a jury or is an issue for the court to decide. The Fifth Circuit appears to permit a jury to decide whether the defense applies.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Alcatel USA, Inc. v. DGI Techs., Inc.</w:t>
      </w:r>
      <w:r>
        <w:rPr>
          <w:rFonts w:ascii="Times New Roman" w:hAnsi="Times New Roman"/>
          <w:sz w:val="24"/>
        </w:rPr>
        <w:t>, 166 F.3d 772, 793-95 (5th Cir. 1999) (concluding that “the district court abused its discretion when it ignored the jury’s finding that [the plaintiff] misused its operating system copyright”).</w:t>
      </w:r>
    </w:p>
    <w:p>
      <w:pPr>
        <w:spacing w:after="240"/>
        <w:ind w:firstLine="720"/>
      </w:pPr>
      <w:r>
        <w:rPr>
          <w:rFonts w:ascii="Times New Roman" w:hAnsi="Times New Roman"/>
          <w:i/>
          <w:sz w:val="24"/>
        </w:rPr>
        <w:t>Revised Dec.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