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17.27 Copyright—Affirmative Defense—Express License</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contends that [he] [she] [</w:t>
      </w:r>
      <w:r>
        <w:rPr>
          <w:rFonts w:ascii="Times New Roman" w:hAnsi="Times New Roman"/>
          <w:i/>
          <w:sz w:val="24"/>
          <w:u w:val="single"/>
        </w:rPr>
        <w:t>other pronoun</w:t>
      </w:r>
      <w:r>
        <w:rPr>
          <w:rFonts w:ascii="Times New Roman" w:hAnsi="Times New Roman"/>
          <w:sz w:val="24"/>
        </w:rPr>
        <w:t>] is not liable for copyright infringement because the plaintiff [</w:t>
      </w:r>
      <w:r>
        <w:rPr>
          <w:rFonts w:ascii="Times New Roman" w:hAnsi="Times New Roman"/>
          <w:i/>
          <w:sz w:val="24"/>
          <w:u w:val="single"/>
        </w:rPr>
        <w:t>name</w:t>
      </w:r>
      <w:r>
        <w:rPr>
          <w:rFonts w:ascii="Times New Roman" w:hAnsi="Times New Roman"/>
          <w:sz w:val="24"/>
        </w:rPr>
        <w:t>] granted [him] [her] [</w:t>
      </w:r>
      <w:r>
        <w:rPr>
          <w:rFonts w:ascii="Times New Roman" w:hAnsi="Times New Roman"/>
          <w:i/>
          <w:sz w:val="24"/>
          <w:u w:val="single"/>
        </w:rPr>
        <w:t>other pronoun</w:t>
      </w:r>
      <w:r>
        <w:rPr>
          <w:rFonts w:ascii="Times New Roman" w:hAnsi="Times New Roman"/>
          <w:sz w:val="24"/>
        </w:rPr>
        <w:t>] an express license to [copy] [distribute] [use] the plaintiff [</w:t>
      </w:r>
      <w:r>
        <w:rPr>
          <w:rFonts w:ascii="Times New Roman" w:hAnsi="Times New Roman"/>
          <w:i/>
          <w:sz w:val="24"/>
          <w:u w:val="single"/>
        </w:rPr>
        <w:t>name</w:t>
      </w:r>
      <w:r>
        <w:rPr>
          <w:rFonts w:ascii="Times New Roman" w:hAnsi="Times New Roman"/>
          <w:sz w:val="24"/>
        </w:rPr>
        <w:t>]’s copyrighted work. The plaintiff [</w:t>
      </w:r>
      <w:r>
        <w:rPr>
          <w:rFonts w:ascii="Times New Roman" w:hAnsi="Times New Roman"/>
          <w:i/>
          <w:sz w:val="24"/>
          <w:u w:val="single"/>
        </w:rPr>
        <w:t>name</w:t>
      </w:r>
      <w:r>
        <w:rPr>
          <w:rFonts w:ascii="Times New Roman" w:hAnsi="Times New Roman"/>
          <w:sz w:val="24"/>
        </w:rPr>
        <w:t>] cannot claim copyright infringement against a defendant [</w:t>
      </w:r>
      <w:r>
        <w:rPr>
          <w:rFonts w:ascii="Times New Roman" w:hAnsi="Times New Roman"/>
          <w:i/>
          <w:sz w:val="24"/>
          <w:u w:val="single"/>
        </w:rPr>
        <w:t>name</w:t>
      </w:r>
      <w:r>
        <w:rPr>
          <w:rFonts w:ascii="Times New Roman" w:hAnsi="Times New Roman"/>
          <w:sz w:val="24"/>
        </w:rPr>
        <w:t>] who [copies] [distributes] [uses] the plaintiff [</w:t>
      </w:r>
      <w:r>
        <w:rPr>
          <w:rFonts w:ascii="Times New Roman" w:hAnsi="Times New Roman"/>
          <w:i/>
          <w:sz w:val="24"/>
          <w:u w:val="single"/>
        </w:rPr>
        <w:t>name</w:t>
      </w:r>
      <w:r>
        <w:rPr>
          <w:rFonts w:ascii="Times New Roman" w:hAnsi="Times New Roman"/>
          <w:sz w:val="24"/>
        </w:rPr>
        <w:t>]’s copyrighted work if the plaintiff [</w:t>
      </w:r>
      <w:r>
        <w:rPr>
          <w:rFonts w:ascii="Times New Roman" w:hAnsi="Times New Roman"/>
          <w:i/>
          <w:sz w:val="24"/>
          <w:u w:val="single"/>
        </w:rPr>
        <w:t>name</w:t>
      </w:r>
      <w:r>
        <w:rPr>
          <w:rFonts w:ascii="Times New Roman" w:hAnsi="Times New Roman"/>
          <w:sz w:val="24"/>
        </w:rPr>
        <w:t>] granted the defendant [</w:t>
      </w:r>
      <w:r>
        <w:rPr>
          <w:rFonts w:ascii="Times New Roman" w:hAnsi="Times New Roman"/>
          <w:i/>
          <w:sz w:val="24"/>
          <w:u w:val="single"/>
        </w:rPr>
        <w:t>name</w:t>
      </w:r>
      <w:r>
        <w:rPr>
          <w:rFonts w:ascii="Times New Roman" w:hAnsi="Times New Roman"/>
          <w:sz w:val="24"/>
        </w:rPr>
        <w:t>] an express license to [copy] [distribute] [use] the work.</w:t>
      </w:r>
    </w:p>
    <w:p>
      <w:pPr>
        <w:spacing w:after="240"/>
        <w:ind w:firstLine="720"/>
      </w:pPr>
      <w:r>
        <w:rPr>
          <w:rFonts w:ascii="Times New Roman" w:hAnsi="Times New Roman"/>
          <w:sz w:val="24"/>
        </w:rPr>
        <w:t>To show the existence of an express license, the defendant [</w:t>
      </w:r>
      <w:r>
        <w:rPr>
          <w:rFonts w:ascii="Times New Roman" w:hAnsi="Times New Roman"/>
          <w:i/>
          <w:sz w:val="24"/>
          <w:u w:val="single"/>
        </w:rPr>
        <w:t>name</w:t>
      </w:r>
      <w:r>
        <w:rPr>
          <w:rFonts w:ascii="Times New Roman" w:hAnsi="Times New Roman"/>
          <w:sz w:val="24"/>
        </w:rPr>
        <w:t>] has the burden of proving that [he] [she] [</w:t>
      </w:r>
      <w:r>
        <w:rPr>
          <w:rFonts w:ascii="Times New Roman" w:hAnsi="Times New Roman"/>
          <w:i/>
          <w:sz w:val="24"/>
          <w:u w:val="single"/>
        </w:rPr>
        <w:t>other pronoun</w:t>
      </w:r>
      <w:r>
        <w:rPr>
          <w:rFonts w:ascii="Times New Roman" w:hAnsi="Times New Roman"/>
          <w:sz w:val="24"/>
        </w:rPr>
        <w:t>] received an express license to [copy] [distribute] [use] the plaintiff [</w:t>
      </w:r>
      <w:r>
        <w:rPr>
          <w:rFonts w:ascii="Times New Roman" w:hAnsi="Times New Roman"/>
          <w:i/>
          <w:sz w:val="24"/>
          <w:u w:val="single"/>
        </w:rPr>
        <w:t>name</w:t>
      </w:r>
      <w:r>
        <w:rPr>
          <w:rFonts w:ascii="Times New Roman" w:hAnsi="Times New Roman"/>
          <w:sz w:val="24"/>
        </w:rPr>
        <w:t>]’s copyrighted work.</w:t>
      </w:r>
    </w:p>
    <w:p>
      <w:pPr>
        <w:spacing w:after="240"/>
        <w:ind w:firstLine="720"/>
      </w:pPr>
      <w:r>
        <w:rPr>
          <w:rFonts w:ascii="Times New Roman" w:hAnsi="Times New Roman"/>
          <w:sz w:val="24"/>
        </w:rPr>
        <w:t>If the defendant [</w:t>
      </w:r>
      <w:r>
        <w:rPr>
          <w:rFonts w:ascii="Times New Roman" w:hAnsi="Times New Roman"/>
          <w:i/>
          <w:sz w:val="24"/>
          <w:u w:val="single"/>
        </w:rPr>
        <w:t>name</w:t>
      </w:r>
      <w:r>
        <w:rPr>
          <w:rFonts w:ascii="Times New Roman" w:hAnsi="Times New Roman"/>
          <w:sz w:val="24"/>
        </w:rPr>
        <w:t>] proves this, the burden shifts to the plaintiff [</w:t>
      </w:r>
      <w:r>
        <w:rPr>
          <w:rFonts w:ascii="Times New Roman" w:hAnsi="Times New Roman"/>
          <w:i/>
          <w:sz w:val="24"/>
          <w:u w:val="single"/>
        </w:rPr>
        <w:t>name</w:t>
      </w:r>
      <w:r>
        <w:rPr>
          <w:rFonts w:ascii="Times New Roman" w:hAnsi="Times New Roman"/>
          <w:sz w:val="24"/>
        </w:rPr>
        <w:t>] to show that the defendant [</w:t>
      </w:r>
      <w:r>
        <w:rPr>
          <w:rFonts w:ascii="Times New Roman" w:hAnsi="Times New Roman"/>
          <w:i/>
          <w:sz w:val="24"/>
          <w:u w:val="single"/>
        </w:rPr>
        <w:t>name</w:t>
      </w:r>
      <w:r>
        <w:rPr>
          <w:rFonts w:ascii="Times New Roman" w:hAnsi="Times New Roman"/>
          <w:sz w:val="24"/>
        </w:rPr>
        <w:t>]’s [copying] [distribution] [use] of the plaintiff [</w:t>
      </w:r>
      <w:r>
        <w:rPr>
          <w:rFonts w:ascii="Times New Roman" w:hAnsi="Times New Roman"/>
          <w:i/>
          <w:sz w:val="24"/>
          <w:u w:val="single"/>
        </w:rPr>
        <w:t>name</w:t>
      </w:r>
      <w:r>
        <w:rPr>
          <w:rFonts w:ascii="Times New Roman" w:hAnsi="Times New Roman"/>
          <w:sz w:val="24"/>
        </w:rPr>
        <w:t>]’s copyrighted work exceeded the scope of the license.</w:t>
      </w:r>
    </w:p>
    <w:p>
      <w:pPr>
        <w:spacing w:after="240"/>
        <w:ind w:firstLine="720"/>
      </w:pPr>
      <w:r>
        <w:rPr>
          <w:rFonts w:ascii="Times New Roman" w:hAnsi="Times New Roman"/>
          <w:sz w:val="24"/>
        </w:rPr>
        <w:t>[I have separately instructed you on the scope of the license agreement between the parties.]</w:t>
      </w:r>
    </w:p>
    <w:p>
      <w:pPr>
        <w:spacing w:after="240"/>
        <w:ind w:firstLine="720"/>
      </w:pPr>
      <w:r>
        <w:rPr>
          <w:rFonts w:ascii="Times New Roman" w:hAnsi="Times New Roman"/>
          <w:sz w:val="24"/>
        </w:rPr>
        <w:t>If you find that the defendant [</w:t>
      </w:r>
      <w:r>
        <w:rPr>
          <w:rFonts w:ascii="Times New Roman" w:hAnsi="Times New Roman"/>
          <w:i/>
          <w:sz w:val="24"/>
          <w:u w:val="single"/>
        </w:rPr>
        <w:t>name</w:t>
      </w:r>
      <w:r>
        <w:rPr>
          <w:rFonts w:ascii="Times New Roman" w:hAnsi="Times New Roman"/>
          <w:sz w:val="24"/>
        </w:rPr>
        <w:t>] has proved that the plaintiff [</w:t>
      </w:r>
      <w:r>
        <w:rPr>
          <w:rFonts w:ascii="Times New Roman" w:hAnsi="Times New Roman"/>
          <w:i/>
          <w:sz w:val="24"/>
          <w:u w:val="single"/>
        </w:rPr>
        <w:t>name</w:t>
      </w:r>
      <w:r>
        <w:rPr>
          <w:rFonts w:ascii="Times New Roman" w:hAnsi="Times New Roman"/>
          <w:sz w:val="24"/>
        </w:rPr>
        <w:t>] granted [him] [her] [</w:t>
      </w:r>
      <w:r>
        <w:rPr>
          <w:rFonts w:ascii="Times New Roman" w:hAnsi="Times New Roman"/>
          <w:i/>
          <w:sz w:val="24"/>
          <w:u w:val="single"/>
        </w:rPr>
        <w:t>other pronoun</w:t>
      </w:r>
      <w:r>
        <w:rPr>
          <w:rFonts w:ascii="Times New Roman" w:hAnsi="Times New Roman"/>
          <w:sz w:val="24"/>
        </w:rPr>
        <w:t>] an express license to [copy] [distribute] [use] the copyrighted work, your verdict should be for the defendant [</w:t>
      </w:r>
      <w:r>
        <w:rPr>
          <w:rFonts w:ascii="Times New Roman" w:hAnsi="Times New Roman"/>
          <w:i/>
          <w:sz w:val="24"/>
          <w:u w:val="single"/>
        </w:rPr>
        <w:t>name</w:t>
      </w:r>
      <w:r>
        <w:rPr>
          <w:rFonts w:ascii="Times New Roman" w:hAnsi="Times New Roman"/>
          <w:sz w:val="24"/>
        </w:rPr>
        <w:t>] [on that portion of the plaintiff’s copyright infringement claim], unless the plaintiff [</w:t>
      </w:r>
      <w:r>
        <w:rPr>
          <w:rFonts w:ascii="Times New Roman" w:hAnsi="Times New Roman"/>
          <w:i/>
          <w:sz w:val="24"/>
          <w:u w:val="single"/>
        </w:rPr>
        <w:t>name</w:t>
      </w:r>
      <w:r>
        <w:rPr>
          <w:rFonts w:ascii="Times New Roman" w:hAnsi="Times New Roman"/>
          <w:sz w:val="24"/>
        </w:rPr>
        <w:t>] proves the defendant [</w:t>
      </w:r>
      <w:r>
        <w:rPr>
          <w:rFonts w:ascii="Times New Roman" w:hAnsi="Times New Roman"/>
          <w:i/>
          <w:sz w:val="24"/>
          <w:u w:val="single"/>
        </w:rPr>
        <w:t>name</w:t>
      </w:r>
      <w:r>
        <w:rPr>
          <w:rFonts w:ascii="Times New Roman" w:hAnsi="Times New Roman"/>
          <w:sz w:val="24"/>
        </w:rPr>
        <w:t>]’s [copying] [distribution] [use] of the plaintiff [</w:t>
      </w:r>
      <w:r>
        <w:rPr>
          <w:rFonts w:ascii="Times New Roman" w:hAnsi="Times New Roman"/>
          <w:i/>
          <w:sz w:val="24"/>
          <w:u w:val="single"/>
        </w:rPr>
        <w:t>name</w:t>
      </w:r>
      <w:r>
        <w:rPr>
          <w:rFonts w:ascii="Times New Roman" w:hAnsi="Times New Roman"/>
          <w:sz w:val="24"/>
        </w:rPr>
        <w:t>]’s copyrighted work exceeded the scope of the license. If the plaintiff [</w:t>
      </w:r>
      <w:r>
        <w:rPr>
          <w:rFonts w:ascii="Times New Roman" w:hAnsi="Times New Roman"/>
          <w:i/>
          <w:sz w:val="24"/>
          <w:u w:val="single"/>
        </w:rPr>
        <w:t>name</w:t>
      </w:r>
      <w:r>
        <w:rPr>
          <w:rFonts w:ascii="Times New Roman" w:hAnsi="Times New Roman"/>
          <w:sz w:val="24"/>
        </w:rPr>
        <w:t>] proves this, your verdict must be for the plaintiff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“An applicable license may be dispositive of an infringement claim.” </w:t>
      </w:r>
      <w:r>
        <w:rPr>
          <w:rFonts w:ascii="Times New Roman" w:hAnsi="Times New Roman"/>
          <w:i/>
          <w:sz w:val="24"/>
        </w:rPr>
        <w:t>Oracle Am., Inc. v. Hewlett Packard Enter. Co.</w:t>
      </w:r>
      <w:r>
        <w:rPr>
          <w:rFonts w:ascii="Times New Roman" w:hAnsi="Times New Roman"/>
          <w:sz w:val="24"/>
        </w:rPr>
        <w:t xml:space="preserve">, 971 F.3d 1042, 1051 (9th Cir. 2020). “Anyone who is authorized by the copyright owner to use the copyrighted work in a way specified in [the Copyright Act] . . . is not an infringer of the copyright with respect to such use.” </w:t>
      </w:r>
      <w:r>
        <w:rPr>
          <w:rFonts w:ascii="Times New Roman" w:hAnsi="Times New Roman"/>
          <w:i/>
          <w:sz w:val="24"/>
        </w:rPr>
        <w:t xml:space="preserve">Id. </w:t>
      </w:r>
      <w:r>
        <w:rPr>
          <w:rFonts w:ascii="Times New Roman" w:hAnsi="Times New Roman"/>
          <w:sz w:val="24"/>
        </w:rPr>
        <w:t>(alterations in original) (quoting</w:t>
      </w:r>
      <w:r>
        <w:rPr>
          <w:rFonts w:ascii="Times New Roman" w:hAnsi="Times New Roman"/>
          <w:i/>
          <w:sz w:val="24"/>
        </w:rPr>
        <w:t xml:space="preserve"> Sony Corp. of Am. v. Universal City Studios, Inc</w:t>
      </w:r>
      <w:r>
        <w:rPr>
          <w:rFonts w:ascii="Times New Roman" w:hAnsi="Times New Roman"/>
          <w:sz w:val="24"/>
        </w:rPr>
        <w:t xml:space="preserve">., 464 U.S. 417, 433 (1984)). “Thus, ‘[t]he existence of a license creates an affirmative defense to a claim of copyright infringement.’” </w:t>
      </w:r>
      <w:r>
        <w:rPr>
          <w:rFonts w:ascii="Times New Roman" w:hAnsi="Times New Roman"/>
          <w:i/>
          <w:sz w:val="24"/>
        </w:rPr>
        <w:t>Oracle USA, Inc. v. Rimini St., Inc</w:t>
      </w:r>
      <w:r>
        <w:rPr>
          <w:rFonts w:ascii="Times New Roman" w:hAnsi="Times New Roman"/>
          <w:sz w:val="24"/>
        </w:rPr>
        <w:t xml:space="preserve">., 879 F.3d 948, 954 (9th Cir. 2018) (alteration in original) (quoting </w:t>
      </w:r>
      <w:r>
        <w:rPr>
          <w:rFonts w:ascii="Times New Roman" w:hAnsi="Times New Roman"/>
          <w:i/>
          <w:sz w:val="24"/>
        </w:rPr>
        <w:t>Worldwide Church of God v. Phila. Church of God, Inc</w:t>
      </w:r>
      <w:r>
        <w:rPr>
          <w:rFonts w:ascii="Times New Roman" w:hAnsi="Times New Roman"/>
          <w:sz w:val="24"/>
        </w:rPr>
        <w:t xml:space="preserve">., 227 F.3d 1110, 1114 (9th Cir. 2000)), </w:t>
      </w:r>
      <w:r>
        <w:rPr>
          <w:rFonts w:ascii="Times New Roman" w:hAnsi="Times New Roman"/>
          <w:i/>
          <w:sz w:val="24"/>
        </w:rPr>
        <w:t>rev’d on other grounds</w:t>
      </w:r>
      <w:r>
        <w:rPr>
          <w:rFonts w:ascii="Times New Roman" w:hAnsi="Times New Roman"/>
          <w:sz w:val="24"/>
        </w:rPr>
        <w:t xml:space="preserve">, 586 U.S. 334 (2019). A claim for copyright infringement fails “if the challenged use of the work falls within the scope of a valid license.” </w:t>
      </w:r>
      <w:r>
        <w:rPr>
          <w:rFonts w:ascii="Times New Roman" w:hAnsi="Times New Roman"/>
          <w:i/>
          <w:sz w:val="24"/>
        </w:rPr>
        <w:t>Great Minds v. Off. Depot, Inc.</w:t>
      </w:r>
      <w:r>
        <w:rPr>
          <w:rFonts w:ascii="Times New Roman" w:hAnsi="Times New Roman"/>
          <w:sz w:val="24"/>
        </w:rPr>
        <w:t xml:space="preserve">, 945 F.3d 1106, 1110 (9th Cir. 2019). But a licensee is liable for infringement if its use of the work “exceeds the scope of the license granted by the copyright holder.” </w:t>
      </w:r>
      <w:r>
        <w:rPr>
          <w:rFonts w:ascii="Times New Roman" w:hAnsi="Times New Roman"/>
          <w:i/>
          <w:sz w:val="24"/>
        </w:rPr>
        <w:t>Oracle USA, Inc</w:t>
      </w:r>
      <w:r>
        <w:rPr>
          <w:rFonts w:ascii="Times New Roman" w:hAnsi="Times New Roman"/>
          <w:sz w:val="24"/>
        </w:rPr>
        <w:t xml:space="preserve">., 879 F.3d at 954 (quoting </w:t>
      </w:r>
      <w:r>
        <w:rPr>
          <w:rFonts w:ascii="Times New Roman" w:hAnsi="Times New Roman"/>
          <w:i/>
          <w:sz w:val="24"/>
        </w:rPr>
        <w:t>LGS Architects, Inc. v. Concordia Homes of Nev</w:t>
      </w:r>
      <w:r>
        <w:rPr>
          <w:rFonts w:ascii="Times New Roman" w:hAnsi="Times New Roman"/>
          <w:sz w:val="24"/>
        </w:rPr>
        <w:t>., 434 F.3d 1150, 1156 (9th Cir. 2006)).</w:t>
      </w:r>
    </w:p>
    <w:p>
      <w:pPr>
        <w:spacing w:after="240"/>
        <w:ind w:firstLine="720"/>
      </w:pPr>
      <w:r>
        <w:rPr>
          <w:rFonts w:ascii="Times New Roman" w:hAnsi="Times New Roman"/>
          <w:sz w:val="24"/>
        </w:rPr>
        <w:t xml:space="preserve">The trial court should modify this instruction as necessary to reflect the nature of the defendant’s alleged copyright infringement. In a case in which the defendant claims to have acted under an express license, it is likely that the trial court will need to construe the terms of the license for the jury.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e.g.</w:t>
      </w:r>
      <w:r>
        <w:rPr>
          <w:rFonts w:ascii="Times New Roman" w:hAnsi="Times New Roman"/>
          <w:sz w:val="24"/>
        </w:rPr>
        <w:t xml:space="preserve">, </w:t>
      </w:r>
      <w:r>
        <w:rPr>
          <w:rFonts w:ascii="Times New Roman" w:hAnsi="Times New Roman"/>
          <w:i/>
          <w:sz w:val="24"/>
        </w:rPr>
        <w:t>id</w:t>
      </w:r>
      <w:r>
        <w:rPr>
          <w:rFonts w:ascii="Times New Roman" w:hAnsi="Times New Roman"/>
          <w:sz w:val="24"/>
        </w:rPr>
        <w:t xml:space="preserve">. at 955, 958. “Federal courts ‘rely on state law to provide the canons of contractual construction, but only to the extent such rules do not interfere with federal copyright law or policy.’” </w:t>
      </w:r>
      <w:r>
        <w:rPr>
          <w:rFonts w:ascii="Times New Roman" w:hAnsi="Times New Roman"/>
          <w:i/>
          <w:sz w:val="24"/>
        </w:rPr>
        <w:t>Great Minds</w:t>
      </w:r>
      <w:r>
        <w:rPr>
          <w:rFonts w:ascii="Times New Roman" w:hAnsi="Times New Roman"/>
          <w:sz w:val="24"/>
        </w:rPr>
        <w:t xml:space="preserve">, 945 F.3d at 1110 (quoting </w:t>
      </w:r>
      <w:r>
        <w:rPr>
          <w:rFonts w:ascii="Times New Roman" w:hAnsi="Times New Roman"/>
          <w:i/>
          <w:sz w:val="24"/>
        </w:rPr>
        <w:t>S.O.S., Inc. v. Payday, Inc.</w:t>
      </w:r>
      <w:r>
        <w:rPr>
          <w:rFonts w:ascii="Times New Roman" w:hAnsi="Times New Roman"/>
          <w:sz w:val="24"/>
        </w:rPr>
        <w:t>, 886 F.2d 1081, 1088 (9th Cir. 1989)).</w:t>
      </w:r>
    </w:p>
    <w:p>
      <w:pPr>
        <w:spacing w:after="240"/>
        <w:ind w:firstLine="720"/>
      </w:pPr>
      <w:r>
        <w:rPr>
          <w:rFonts w:ascii="Times New Roman" w:hAnsi="Times New Roman"/>
          <w:i/>
          <w:sz w:val="24"/>
        </w:rPr>
        <w:t>Revised Dec. 2023</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