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2.3 Stipulations of Fact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parties have agreed to certain facts [to be placed in evidence as Exhibit __ ] [that will be read to you]. You must therefore treat these facts as having been proved.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When parties enter into stipulations as to material facts, those facts will be deemed to have been conclusively proved, and the jury may be so instructed. </w:t>
      </w:r>
      <w:r>
        <w:rPr>
          <w:rFonts w:ascii="Times New Roman" w:hAnsi="Times New Roman"/>
          <w:i/>
          <w:sz w:val="24"/>
        </w:rPr>
        <w:t>United States v. Mikaelian</w:t>
      </w:r>
      <w:r>
        <w:rPr>
          <w:rFonts w:ascii="Times New Roman" w:hAnsi="Times New Roman"/>
          <w:sz w:val="24"/>
        </w:rPr>
        <w:t xml:space="preserve">, 168 F.3d 380, 389 (9th Cir. 1999) (citing </w:t>
      </w:r>
      <w:r>
        <w:rPr>
          <w:rFonts w:ascii="Times New Roman" w:hAnsi="Times New Roman"/>
          <w:i/>
          <w:sz w:val="24"/>
        </w:rPr>
        <w:t>United States v. Houston</w:t>
      </w:r>
      <w:r>
        <w:rPr>
          <w:rFonts w:ascii="Times New Roman" w:hAnsi="Times New Roman"/>
          <w:sz w:val="24"/>
        </w:rPr>
        <w:t xml:space="preserve">, 547 F.2d 104, 107 (9th Cir. 1976)), </w:t>
      </w:r>
      <w:r>
        <w:rPr>
          <w:rFonts w:ascii="Times New Roman" w:hAnsi="Times New Roman"/>
          <w:i/>
          <w:sz w:val="24"/>
        </w:rPr>
        <w:t xml:space="preserve">amended by </w:t>
      </w:r>
      <w:r>
        <w:rPr>
          <w:rFonts w:ascii="Times New Roman" w:hAnsi="Times New Roman"/>
          <w:sz w:val="24"/>
        </w:rPr>
        <w:t>180 F.3d 1091 (9th Cir. 1999).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