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7.11 Maintenance and Cure—Elements and Burden of Proof</w:t>
      </w:r>
    </w:p>
    <w:p>
      <w:pPr>
        <w:spacing w:after="240"/>
        <w:ind w:firstLine="720"/>
      </w:pPr>
      <w:r>
        <w:rPr>
          <w:rFonts w:ascii="Times New Roman" w:hAnsi="Times New Roman"/>
          <w:sz w:val="24"/>
        </w:rPr>
        <w:t>On the plaintiff [</w:t>
      </w:r>
      <w:r>
        <w:rPr>
          <w:rFonts w:ascii="Times New Roman" w:hAnsi="Times New Roman"/>
          <w:i/>
          <w:sz w:val="24"/>
          <w:u w:val="single"/>
        </w:rPr>
        <w:t>name</w:t>
      </w:r>
      <w:r>
        <w:rPr>
          <w:rFonts w:ascii="Times New Roman" w:hAnsi="Times New Roman"/>
          <w:sz w:val="24"/>
        </w:rPr>
        <w:t>]’s maintenance and cure claim, the plaintiff [</w:t>
      </w:r>
      <w:r>
        <w:rPr>
          <w:rFonts w:ascii="Times New Roman" w:hAnsi="Times New Roman"/>
          <w:i/>
          <w:sz w:val="24"/>
          <w:u w:val="single"/>
        </w:rPr>
        <w:t>name</w:t>
      </w:r>
      <w:r>
        <w:rPr>
          <w:rFonts w:ascii="Times New Roman" w:hAnsi="Times New Roman"/>
          <w:sz w:val="24"/>
        </w:rPr>
        <w:t>] has the burden of proving each of the following elements by a preponderance of the evidence:</w:t>
      </w:r>
    </w:p>
    <w:p>
      <w:pPr>
        <w:spacing w:after="240"/>
        <w:ind w:firstLine="720"/>
      </w:pPr>
      <w:r>
        <w:rPr>
          <w:rFonts w:ascii="Times New Roman" w:hAnsi="Times New Roman"/>
          <w:sz w:val="24"/>
        </w:rPr>
        <w:t>First, the plaintiff [</w:t>
      </w:r>
      <w:r>
        <w:rPr>
          <w:rFonts w:ascii="Times New Roman" w:hAnsi="Times New Roman"/>
          <w:i/>
          <w:sz w:val="24"/>
          <w:u w:val="single"/>
        </w:rPr>
        <w:t>name</w:t>
      </w:r>
      <w:r>
        <w:rPr>
          <w:rFonts w:ascii="Times New Roman" w:hAnsi="Times New Roman"/>
          <w:sz w:val="24"/>
        </w:rPr>
        <w:t>] was a seaman;</w:t>
      </w:r>
    </w:p>
    <w:p>
      <w:pPr>
        <w:spacing w:after="240"/>
        <w:ind w:firstLine="720"/>
      </w:pPr>
      <w:r>
        <w:rPr>
          <w:rFonts w:ascii="Times New Roman" w:hAnsi="Times New Roman"/>
          <w:sz w:val="24"/>
        </w:rPr>
        <w:t>Second, the plaintiff [</w:t>
      </w:r>
      <w:r>
        <w:rPr>
          <w:rFonts w:ascii="Times New Roman" w:hAnsi="Times New Roman"/>
          <w:i/>
          <w:sz w:val="24"/>
          <w:u w:val="single"/>
        </w:rPr>
        <w:t>name</w:t>
      </w:r>
      <w:r>
        <w:rPr>
          <w:rFonts w:ascii="Times New Roman" w:hAnsi="Times New Roman"/>
          <w:sz w:val="24"/>
        </w:rPr>
        <w:t>] was injured or became ill while in the service of the vessel; and</w:t>
      </w:r>
    </w:p>
    <w:p>
      <w:pPr>
        <w:spacing w:after="240"/>
        <w:ind w:firstLine="720"/>
      </w:pPr>
      <w:r>
        <w:rPr>
          <w:rFonts w:ascii="Times New Roman" w:hAnsi="Times New Roman"/>
          <w:sz w:val="24"/>
        </w:rPr>
        <w:t>Third, the amount of maintenance and cure to which the plaintiff [</w:t>
      </w:r>
      <w:r>
        <w:rPr>
          <w:rFonts w:ascii="Times New Roman" w:hAnsi="Times New Roman"/>
          <w:i/>
          <w:sz w:val="24"/>
          <w:u w:val="single"/>
        </w:rPr>
        <w:t>name</w:t>
      </w:r>
      <w:r>
        <w:rPr>
          <w:rFonts w:ascii="Times New Roman" w:hAnsi="Times New Roman"/>
          <w:sz w:val="24"/>
        </w:rPr>
        <w:t>] was entitled.</w:t>
      </w:r>
    </w:p>
    <w:p>
      <w:pPr>
        <w:spacing w:after="240"/>
        <w:ind w:firstLine="720"/>
      </w:pPr>
      <w:r>
        <w:rPr>
          <w:rFonts w:ascii="Times New Roman" w:hAnsi="Times New Roman"/>
          <w:sz w:val="24"/>
        </w:rPr>
        <w:t>If you find the plaintiff [</w:t>
      </w:r>
      <w:r>
        <w:rPr>
          <w:rFonts w:ascii="Times New Roman" w:hAnsi="Times New Roman"/>
          <w:i/>
          <w:sz w:val="24"/>
          <w:u w:val="single"/>
        </w:rPr>
        <w:t>name</w:t>
      </w:r>
      <w:r>
        <w:rPr>
          <w:rFonts w:ascii="Times New Roman" w:hAnsi="Times New Roman"/>
          <w:sz w:val="24"/>
        </w:rPr>
        <w:t>] has proved each of the elements on which [he] [she] [</w:t>
      </w:r>
      <w:r>
        <w:rPr>
          <w:rFonts w:ascii="Times New Roman" w:hAnsi="Times New Roman"/>
          <w:i/>
          <w:sz w:val="24"/>
          <w:u w:val="single"/>
        </w:rPr>
        <w:t>other pronoun</w:t>
      </w:r>
      <w:r>
        <w:rPr>
          <w:rFonts w:ascii="Times New Roman" w:hAnsi="Times New Roman"/>
          <w:sz w:val="24"/>
        </w:rPr>
        <w:t>] has the burden of proof, your verdict should be for the plaintiff [</w:t>
      </w:r>
      <w:r>
        <w:rPr>
          <w:rFonts w:ascii="Times New Roman" w:hAnsi="Times New Roman"/>
          <w:i/>
          <w:sz w:val="24"/>
          <w:u w:val="single"/>
        </w:rPr>
        <w:t>name</w:t>
      </w:r>
      <w:r>
        <w:rPr>
          <w:rFonts w:ascii="Times New Roman" w:hAnsi="Times New Roman"/>
          <w:sz w:val="24"/>
        </w:rPr>
        <w:t>]. If, on the other hand, the plaintiff [</w:t>
      </w:r>
      <w:r>
        <w:rPr>
          <w:rFonts w:ascii="Times New Roman" w:hAnsi="Times New Roman"/>
          <w:i/>
          <w:sz w:val="24"/>
          <w:u w:val="single"/>
        </w:rPr>
        <w:t>name</w:t>
      </w:r>
      <w:r>
        <w:rPr>
          <w:rFonts w:ascii="Times New Roman" w:hAnsi="Times New Roman"/>
          <w:sz w:val="24"/>
        </w:rPr>
        <w:t>] has failed to prove any of these elements, your verdict should be for the defendant [</w:t>
      </w:r>
      <w:r>
        <w:rPr>
          <w:rFonts w:ascii="Times New Roman" w:hAnsi="Times New Roman"/>
          <w:i/>
          <w:sz w:val="24"/>
          <w:u w:val="single"/>
        </w:rPr>
        <w:t>name</w:t>
      </w:r>
      <w:r>
        <w:rPr>
          <w:rFonts w:ascii="Times New Roman" w:hAnsi="Times New Roman"/>
          <w:sz w:val="24"/>
        </w:rPr>
        <w:t>].</w:t>
      </w:r>
    </w:p>
    <w:p>
      <w:pPr>
        <w:spacing w:after="240"/>
        <w:ind w:firstLine="720"/>
      </w:pPr>
      <w:r>
        <w:rPr>
          <w:rFonts w:ascii="Times New Roman" w:hAnsi="Times New Roman"/>
          <w:sz w:val="24"/>
        </w:rPr>
        <w:t>Maintenance is the reasonable cost of food, lodging and transportation to and from a medical facility. The plaintiff [</w:t>
      </w:r>
      <w:r>
        <w:rPr>
          <w:rFonts w:ascii="Times New Roman" w:hAnsi="Times New Roman"/>
          <w:i/>
          <w:sz w:val="24"/>
          <w:u w:val="single"/>
        </w:rPr>
        <w:t>name</w:t>
      </w:r>
      <w:r>
        <w:rPr>
          <w:rFonts w:ascii="Times New Roman" w:hAnsi="Times New Roman"/>
          <w:sz w:val="24"/>
        </w:rPr>
        <w:t>] is not entitled to maintenance while hospitalized because hospitalization includes food and lodging.</w:t>
      </w:r>
    </w:p>
    <w:p>
      <w:pPr>
        <w:spacing w:after="240"/>
        <w:ind w:firstLine="720"/>
      </w:pPr>
      <w:r>
        <w:rPr>
          <w:rFonts w:ascii="Times New Roman" w:hAnsi="Times New Roman"/>
          <w:sz w:val="24"/>
        </w:rPr>
        <w:t>The rate of maintenance includes the cost of obtaining room and board on land. In determining this amount, you may consider the actual costs incurred by the plaintiff [</w:t>
      </w:r>
      <w:r>
        <w:rPr>
          <w:rFonts w:ascii="Times New Roman" w:hAnsi="Times New Roman"/>
          <w:i/>
          <w:sz w:val="24"/>
          <w:u w:val="single"/>
        </w:rPr>
        <w:t>name</w:t>
      </w:r>
      <w:r>
        <w:rPr>
          <w:rFonts w:ascii="Times New Roman" w:hAnsi="Times New Roman"/>
          <w:sz w:val="24"/>
        </w:rPr>
        <w:t>] but shall not award an amount in excess of that of a seaman living alone in the plaintiff [</w:t>
      </w:r>
      <w:r>
        <w:rPr>
          <w:rFonts w:ascii="Times New Roman" w:hAnsi="Times New Roman"/>
          <w:i/>
          <w:sz w:val="24"/>
          <w:u w:val="single"/>
        </w:rPr>
        <w:t>name</w:t>
      </w:r>
      <w:r>
        <w:rPr>
          <w:rFonts w:ascii="Times New Roman" w:hAnsi="Times New Roman"/>
          <w:sz w:val="24"/>
        </w:rPr>
        <w:t>]’s locality.</w:t>
      </w:r>
    </w:p>
    <w:p>
      <w:pPr>
        <w:spacing w:after="240"/>
        <w:ind w:firstLine="720"/>
      </w:pPr>
      <w:r>
        <w:rPr>
          <w:rFonts w:ascii="Times New Roman" w:hAnsi="Times New Roman"/>
          <w:sz w:val="24"/>
        </w:rPr>
        <w:t>Cure is the cost of medical attention, including the services of physicians and nurses, as well as the cost of hospitalization, medicines, and medical apparatus.</w:t>
      </w:r>
    </w:p>
    <w:p>
      <w:pPr>
        <w:spacing w:after="240"/>
        <w:ind w:firstLine="720"/>
      </w:pPr>
      <w:r>
        <w:rPr>
          <w:rFonts w:ascii="Times New Roman" w:hAnsi="Times New Roman"/>
          <w:sz w:val="24"/>
        </w:rPr>
        <w:t>[When the defendant [</w:t>
      </w:r>
      <w:r>
        <w:rPr>
          <w:rFonts w:ascii="Times New Roman" w:hAnsi="Times New Roman"/>
          <w:i/>
          <w:sz w:val="24"/>
          <w:u w:val="single"/>
        </w:rPr>
        <w:t>name</w:t>
      </w:r>
      <w:r>
        <w:rPr>
          <w:rFonts w:ascii="Times New Roman" w:hAnsi="Times New Roman"/>
          <w:sz w:val="24"/>
        </w:rPr>
        <w:t>]’s failure to provide [maintenance] [[and] [or]] [cure] worsens the plaintiff [</w:t>
      </w:r>
      <w:r>
        <w:rPr>
          <w:rFonts w:ascii="Times New Roman" w:hAnsi="Times New Roman"/>
          <w:i/>
          <w:sz w:val="24"/>
          <w:u w:val="single"/>
        </w:rPr>
        <w:t>name</w:t>
      </w:r>
      <w:r>
        <w:rPr>
          <w:rFonts w:ascii="Times New Roman" w:hAnsi="Times New Roman"/>
          <w:sz w:val="24"/>
        </w:rPr>
        <w:t>]’s injury, the plaintiff [</w:t>
      </w:r>
      <w:r>
        <w:rPr>
          <w:rFonts w:ascii="Times New Roman" w:hAnsi="Times New Roman"/>
          <w:i/>
          <w:sz w:val="24"/>
          <w:u w:val="single"/>
        </w:rPr>
        <w:t>name</w:t>
      </w:r>
      <w:r>
        <w:rPr>
          <w:rFonts w:ascii="Times New Roman" w:hAnsi="Times New Roman"/>
          <w:sz w:val="24"/>
        </w:rPr>
        <w:t>] may recover resulting damages and expenses, including pain and suffering, and additional medical expenses.]</w:t>
      </w:r>
    </w:p>
    <w:p>
      <w:pPr>
        <w:spacing w:after="240"/>
        <w:ind w:firstLine="720"/>
      </w:pPr>
      <w:r>
        <w:rPr>
          <w:rFonts w:ascii="Times New Roman" w:hAnsi="Times New Roman"/>
          <w:sz w:val="24"/>
        </w:rPr>
        <w:t>The injury or illness need not be work-related so long as it occurs while the plaintiff [</w:t>
      </w:r>
      <w:r>
        <w:rPr>
          <w:rFonts w:ascii="Times New Roman" w:hAnsi="Times New Roman"/>
          <w:i/>
          <w:sz w:val="24"/>
          <w:u w:val="single"/>
        </w:rPr>
        <w:t>name</w:t>
      </w:r>
      <w:r>
        <w:rPr>
          <w:rFonts w:ascii="Times New Roman" w:hAnsi="Times New Roman"/>
          <w:sz w:val="24"/>
        </w:rPr>
        <w:t>] is in the service of the vessel. Neither maintenance nor cure may be reduced because of any negligence on the part of the plaintiff [</w:t>
      </w:r>
      <w:r>
        <w:rPr>
          <w:rFonts w:ascii="Times New Roman" w:hAnsi="Times New Roman"/>
          <w:i/>
          <w:sz w:val="24"/>
          <w:u w:val="single"/>
        </w:rPr>
        <w:t>name</w:t>
      </w:r>
      <w:r>
        <w:rPr>
          <w:rFonts w:ascii="Times New Roman" w:hAnsi="Times New Roman"/>
          <w:sz w:val="24"/>
        </w:rPr>
        <w:t>]. [A plaintiff [</w:t>
      </w:r>
      <w:r>
        <w:rPr>
          <w:rFonts w:ascii="Times New Roman" w:hAnsi="Times New Roman"/>
          <w:i/>
          <w:sz w:val="24"/>
          <w:u w:val="single"/>
        </w:rPr>
        <w:t>name</w:t>
      </w:r>
      <w:r>
        <w:rPr>
          <w:rFonts w:ascii="Times New Roman" w:hAnsi="Times New Roman"/>
          <w:sz w:val="24"/>
        </w:rPr>
        <w:t>] may not recover for maintenance [and] [or] cure when the illness or injury results from the plaintiff [</w:t>
      </w:r>
      <w:r>
        <w:rPr>
          <w:rFonts w:ascii="Times New Roman" w:hAnsi="Times New Roman"/>
          <w:i/>
          <w:sz w:val="24"/>
          <w:u w:val="single"/>
        </w:rPr>
        <w:t>name</w:t>
      </w:r>
      <w:r>
        <w:rPr>
          <w:rFonts w:ascii="Times New Roman" w:hAnsi="Times New Roman"/>
          <w:sz w:val="24"/>
        </w:rPr>
        <w:t>]’s own willful misbehavior.]</w:t>
      </w:r>
    </w:p>
    <w:p>
      <w:pPr>
        <w:spacing w:after="240"/>
        <w:ind w:firstLine="720"/>
      </w:pPr>
      <w:r>
        <w:rPr>
          <w:rFonts w:ascii="Times New Roman" w:hAnsi="Times New Roman"/>
          <w:sz w:val="24"/>
        </w:rPr>
        <w:t>The plaintiff [</w:t>
      </w:r>
      <w:r>
        <w:rPr>
          <w:rFonts w:ascii="Times New Roman" w:hAnsi="Times New Roman"/>
          <w:i/>
          <w:sz w:val="24"/>
          <w:u w:val="single"/>
        </w:rPr>
        <w:t>name</w:t>
      </w:r>
      <w:r>
        <w:rPr>
          <w:rFonts w:ascii="Times New Roman" w:hAnsi="Times New Roman"/>
          <w:sz w:val="24"/>
        </w:rPr>
        <w:t>] is entitled to receive maintenance and cure even though he was not injured as a result of any negligence on the part of his employer or any unseaworthy condition of the vessel. The plaintiff [</w:t>
      </w:r>
      <w:r>
        <w:rPr>
          <w:rFonts w:ascii="Times New Roman" w:hAnsi="Times New Roman"/>
          <w:i/>
          <w:sz w:val="24"/>
          <w:u w:val="single"/>
        </w:rPr>
        <w:t>name</w:t>
      </w:r>
      <w:r>
        <w:rPr>
          <w:rFonts w:ascii="Times New Roman" w:hAnsi="Times New Roman"/>
          <w:sz w:val="24"/>
        </w:rPr>
        <w:t>] is entitled to recover maintenance and cure from the date of departure from the ship to the time of maximum cure under the circumstances. Maximum cure is the point at which no further improvement in the plaintiff [</w:t>
      </w:r>
      <w:r>
        <w:rPr>
          <w:rFonts w:ascii="Times New Roman" w:hAnsi="Times New Roman"/>
          <w:i/>
          <w:sz w:val="24"/>
          <w:u w:val="single"/>
        </w:rPr>
        <w:t>name</w:t>
      </w:r>
      <w:r>
        <w:rPr>
          <w:rFonts w:ascii="Times New Roman" w:hAnsi="Times New Roman"/>
          <w:sz w:val="24"/>
        </w:rPr>
        <w:t>]’s medical condition may be reasonably expected.</w:t>
      </w:r>
    </w:p>
    <w:p>
      <w:pPr>
        <w:spacing w:after="240"/>
        <w:ind w:firstLine="720"/>
      </w:pPr>
      <w:r>
        <w:rPr>
          <w:rFonts w:ascii="Times New Roman" w:hAnsi="Times New Roman"/>
          <w:sz w:val="24"/>
        </w:rPr>
        <w:t>There can be no double recovery for the plaintiff [</w:t>
      </w:r>
      <w:r>
        <w:rPr>
          <w:rFonts w:ascii="Times New Roman" w:hAnsi="Times New Roman"/>
          <w:i/>
          <w:sz w:val="24"/>
          <w:u w:val="single"/>
        </w:rPr>
        <w:t>name</w:t>
      </w:r>
      <w:r>
        <w:rPr>
          <w:rFonts w:ascii="Times New Roman" w:hAnsi="Times New Roman"/>
          <w:sz w:val="24"/>
        </w:rPr>
        <w:t>]. If you find that the plaintiff [</w:t>
      </w:r>
      <w:r>
        <w:rPr>
          <w:rFonts w:ascii="Times New Roman" w:hAnsi="Times New Roman"/>
          <w:i/>
          <w:sz w:val="24"/>
          <w:u w:val="single"/>
        </w:rPr>
        <w:t>name</w:t>
      </w:r>
      <w:r>
        <w:rPr>
          <w:rFonts w:ascii="Times New Roman" w:hAnsi="Times New Roman"/>
          <w:sz w:val="24"/>
        </w:rPr>
        <w:t>] is entitled to an award of damages under [the Jones Act negligence claim] [the unseaworthiness claim], and if you include medical expenses in the damage award relating to either of these claims, then cure cannot be awarded for the same expenses.</w:t>
      </w:r>
    </w:p>
    <w:p>
      <w:pPr>
        <w:jc w:val="center"/>
      </w:pPr>
      <w:r>
        <w:rPr>
          <w:rFonts w:ascii="Times New Roman" w:hAnsi="Times New Roman"/>
          <w:b/>
          <w:sz w:val="24"/>
        </w:rPr>
        <w:t>Comment</w:t>
      </w:r>
    </w:p>
    <w:p>
      <w:pPr>
        <w:spacing w:after="240"/>
        <w:ind w:firstLine="720"/>
      </w:pPr>
      <w:r>
        <w:rPr>
          <w:rFonts w:ascii="Times New Roman" w:hAnsi="Times New Roman"/>
          <w:i/>
          <w:sz w:val="24"/>
        </w:rPr>
        <w:t>See Day v. Am. Seafoods Co.</w:t>
      </w:r>
      <w:r>
        <w:rPr>
          <w:rFonts w:ascii="Times New Roman" w:hAnsi="Times New Roman"/>
          <w:sz w:val="24"/>
        </w:rPr>
        <w:t xml:space="preserve">, 557 F.3d 1056, 1057-58 (9th Cir. 2009); </w:t>
      </w:r>
      <w:r>
        <w:rPr>
          <w:rFonts w:ascii="Times New Roman" w:hAnsi="Times New Roman"/>
          <w:i/>
          <w:sz w:val="24"/>
        </w:rPr>
        <w:t>Lipscomb v. Foss Maritime Co.</w:t>
      </w:r>
      <w:r>
        <w:rPr>
          <w:rFonts w:ascii="Times New Roman" w:hAnsi="Times New Roman"/>
          <w:sz w:val="24"/>
        </w:rPr>
        <w:t xml:space="preserve">, 83 F.3d 1106, 1108 (9th Cir. 1996); </w:t>
      </w:r>
      <w:r>
        <w:rPr>
          <w:rFonts w:ascii="Times New Roman" w:hAnsi="Times New Roman"/>
          <w:i/>
          <w:sz w:val="24"/>
        </w:rPr>
        <w:t>Gardiner v. Sea–Land Serv.</w:t>
      </w:r>
      <w:r>
        <w:rPr>
          <w:rFonts w:ascii="Times New Roman" w:hAnsi="Times New Roman"/>
          <w:sz w:val="24"/>
        </w:rPr>
        <w:t xml:space="preserve">, 786 F.2d 943, 945-46 (9th Cir. 1986); </w:t>
      </w:r>
      <w:r>
        <w:rPr>
          <w:rFonts w:ascii="Times New Roman" w:hAnsi="Times New Roman"/>
          <w:i/>
          <w:sz w:val="24"/>
        </w:rPr>
        <w:t>Kopczynski v. The Jacqueline</w:t>
      </w:r>
      <w:r>
        <w:rPr>
          <w:rFonts w:ascii="Times New Roman" w:hAnsi="Times New Roman"/>
          <w:sz w:val="24"/>
        </w:rPr>
        <w:t>, 742 F.2d 555, 557-58 (9th Cir. 1984).</w:t>
      </w:r>
    </w:p>
    <w:p>
      <w:pPr>
        <w:spacing w:after="240"/>
        <w:ind w:firstLine="720"/>
      </w:pPr>
      <w:r>
        <w:rPr>
          <w:rFonts w:ascii="Times New Roman" w:hAnsi="Times New Roman"/>
          <w:sz w:val="24"/>
        </w:rPr>
        <w:t xml:space="preserve">The shipowner’s duty to provide maintenance and cure arises irrespective of whether the illness or injury is suffered in the course of the seaman’s employment, and negligence on the seaman’s part will not relieve the shipowner of responsibility. </w:t>
      </w:r>
      <w:r>
        <w:rPr>
          <w:rFonts w:ascii="Times New Roman" w:hAnsi="Times New Roman"/>
          <w:i/>
          <w:sz w:val="24"/>
        </w:rPr>
        <w:t>Vella v. Ford Motor Co.</w:t>
      </w:r>
      <w:r>
        <w:rPr>
          <w:rFonts w:ascii="Times New Roman" w:hAnsi="Times New Roman"/>
          <w:sz w:val="24"/>
        </w:rPr>
        <w:t xml:space="preserve">, 421 U.S. 1, 4-5 (1975). A plaintiff may not recover for maintenance and cure when the injury or illness results from the plaintiff’s own willful misbehavior. </w:t>
      </w:r>
      <w:r>
        <w:rPr>
          <w:rFonts w:ascii="Times New Roman" w:hAnsi="Times New Roman"/>
          <w:i/>
          <w:sz w:val="24"/>
        </w:rPr>
        <w:t>See Omar v. Sea-Land Serv.</w:t>
      </w:r>
      <w:r>
        <w:rPr>
          <w:rFonts w:ascii="Times New Roman" w:hAnsi="Times New Roman"/>
          <w:sz w:val="24"/>
        </w:rPr>
        <w:t>, 813 F.2d 986, 989-90 (9th Cir. 1987).</w:t>
      </w:r>
    </w:p>
    <w:p>
      <w:pPr>
        <w:spacing w:after="240"/>
        <w:ind w:firstLine="720"/>
      </w:pPr>
      <w:r>
        <w:rPr>
          <w:rFonts w:ascii="Times New Roman" w:hAnsi="Times New Roman"/>
          <w:sz w:val="24"/>
        </w:rPr>
        <w:t xml:space="preserve">Only “medical expenses” would be duplicative of “cure.” As the Ninth Circuit has explained, “the maintenance obligation is independent of that to compensate for lost wages and exists without regard to the fact that lost wages may be computed on the basis of employment ashore.” </w:t>
      </w:r>
      <w:r>
        <w:rPr>
          <w:rFonts w:ascii="Times New Roman" w:hAnsi="Times New Roman"/>
          <w:i/>
          <w:sz w:val="24"/>
        </w:rPr>
        <w:t>Crooks v. United States</w:t>
      </w:r>
      <w:r>
        <w:rPr>
          <w:rFonts w:ascii="Times New Roman" w:hAnsi="Times New Roman"/>
          <w:sz w:val="24"/>
        </w:rPr>
        <w:t xml:space="preserve">, 459 F.2d 631, 635 (9th Cir. 1972); </w:t>
      </w:r>
      <w:r>
        <w:rPr>
          <w:rFonts w:ascii="Times New Roman" w:hAnsi="Times New Roman"/>
          <w:i/>
          <w:sz w:val="24"/>
        </w:rPr>
        <w:t>see also Colburn v. Bunge Towing, Inc.</w:t>
      </w:r>
      <w:r>
        <w:rPr>
          <w:rFonts w:ascii="Times New Roman" w:hAnsi="Times New Roman"/>
          <w:sz w:val="24"/>
        </w:rPr>
        <w:t>, 883 F.2d 372, 378 (5th Cir. 1989) (“Maintenance is neither a substitute for wages nor is it to be considered in lieu of seaman’s wages, in whole or in part”. . . . “[A]n award of maintenance by the trial court in addition to a general damage award that includes past and future wages is proper.”).</w:t>
      </w:r>
    </w:p>
    <w:p>
      <w:pPr>
        <w:spacing w:after="240"/>
        <w:ind w:firstLine="720"/>
      </w:pPr>
      <w:r>
        <w:rPr>
          <w:rFonts w:ascii="Times New Roman" w:hAnsi="Times New Roman"/>
          <w:sz w:val="24"/>
        </w:rPr>
        <w:t xml:space="preserve">Failure to pay maintenance and/or cure when due renders the defendant liable for not only the quantum of maintenance and/or cure that was not paid but also for any resulting harm. </w:t>
      </w:r>
      <w:r>
        <w:rPr>
          <w:rFonts w:ascii="Times New Roman" w:hAnsi="Times New Roman"/>
          <w:i/>
          <w:sz w:val="24"/>
        </w:rPr>
        <w:t xml:space="preserve">See Cortes v. Baltimore Insular Line, Inc. </w:t>
      </w:r>
      <w:r>
        <w:rPr>
          <w:rFonts w:ascii="Times New Roman" w:hAnsi="Times New Roman"/>
          <w:sz w:val="24"/>
        </w:rPr>
        <w:t>287 U.S. 367, 371 (1932) (“If the failure to give maintenance or cure has caused or aggravated an illness, the seaman has his right of action for the injury thus done to him; the recovery in such circumstances including not only necessary expenses, but also compensation for the hurt.”). The bracketed paragraph on this point should be included only when the plaintiff is making a claim for such compensation.</w:t>
      </w:r>
    </w:p>
    <w:p>
      <w:pPr>
        <w:spacing w:after="240"/>
        <w:ind w:firstLine="720"/>
      </w:pPr>
      <w:r>
        <w:rPr>
          <w:rFonts w:ascii="Times New Roman" w:hAnsi="Times New Roman"/>
          <w:sz w:val="24"/>
        </w:rPr>
        <w:t xml:space="preserve">A plaintiff can seek punitive damages for an employer’s alleged willful and wanton disregard of its maintenance and cure obligation. </w:t>
      </w:r>
      <w:r>
        <w:rPr>
          <w:rFonts w:ascii="Times New Roman" w:hAnsi="Times New Roman"/>
          <w:i/>
          <w:sz w:val="24"/>
        </w:rPr>
        <w:t>Atlantic Sounding Co. v. Townsend</w:t>
      </w:r>
      <w:r>
        <w:rPr>
          <w:rFonts w:ascii="Times New Roman" w:hAnsi="Times New Roman"/>
          <w:sz w:val="24"/>
        </w:rPr>
        <w:t>, 557 U.S. 404, 424 (2009).</w:t>
      </w:r>
    </w:p>
    <w:p>
      <w:pPr>
        <w:spacing w:after="240"/>
        <w:ind w:firstLine="720"/>
      </w:pPr>
      <w:r>
        <w:rPr>
          <w:rFonts w:ascii="Times New Roman" w:hAnsi="Times New Roman"/>
          <w:i/>
          <w:sz w:val="24"/>
        </w:rPr>
        <w:t>Revised March 2025</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