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7.12 Maintenance and Cure—Willful and Arbitrary Failure to Pay</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also contends the defendant [</w:t>
      </w:r>
      <w:r>
        <w:rPr>
          <w:rFonts w:ascii="Times New Roman" w:hAnsi="Times New Roman"/>
          <w:i/>
          <w:sz w:val="24"/>
          <w:u w:val="single"/>
        </w:rPr>
        <w:t>name</w:t>
      </w:r>
      <w:r>
        <w:rPr>
          <w:rFonts w:ascii="Times New Roman" w:hAnsi="Times New Roman"/>
          <w:sz w:val="24"/>
        </w:rPr>
        <w:t>] willfully and arbitrarily failed to pay [maintenance] [and] [cure] when it was due. On this issue, the plaintiff [</w:t>
      </w:r>
      <w:r>
        <w:rPr>
          <w:rFonts w:ascii="Times New Roman" w:hAnsi="Times New Roman"/>
          <w:i/>
          <w:sz w:val="24"/>
          <w:u w:val="single"/>
        </w:rPr>
        <w:t>name</w:t>
      </w:r>
      <w:r>
        <w:rPr>
          <w:rFonts w:ascii="Times New Roman" w:hAnsi="Times New Roman"/>
          <w:sz w:val="24"/>
        </w:rPr>
        <w:t>] must prove each of the following elements by a preponderance of the evidence:</w:t>
      </w:r>
    </w:p>
    <w:p>
      <w:pPr>
        <w:spacing w:after="240"/>
        <w:ind w:firstLine="720"/>
      </w:pPr>
      <w:r>
        <w:rPr>
          <w:rFonts w:ascii="Times New Roman" w:hAnsi="Times New Roman"/>
          <w:sz w:val="24"/>
        </w:rPr>
        <w:t>First, the plaintiff [</w:t>
      </w:r>
      <w:r>
        <w:rPr>
          <w:rFonts w:ascii="Times New Roman" w:hAnsi="Times New Roman"/>
          <w:i/>
          <w:sz w:val="24"/>
          <w:u w:val="single"/>
        </w:rPr>
        <w:t>name</w:t>
      </w:r>
      <w:r>
        <w:rPr>
          <w:rFonts w:ascii="Times New Roman" w:hAnsi="Times New Roman"/>
          <w:sz w:val="24"/>
        </w:rPr>
        <w:t>] was entitled to [maintenance] [and] [cure];</w:t>
      </w:r>
    </w:p>
    <w:p>
      <w:pPr>
        <w:spacing w:after="240"/>
        <w:ind w:firstLine="720"/>
      </w:pPr>
      <w:r>
        <w:rPr>
          <w:rFonts w:ascii="Times New Roman" w:hAnsi="Times New Roman"/>
          <w:sz w:val="24"/>
        </w:rPr>
        <w:t>Second, the defendant [</w:t>
      </w:r>
      <w:r>
        <w:rPr>
          <w:rFonts w:ascii="Times New Roman" w:hAnsi="Times New Roman"/>
          <w:i/>
          <w:sz w:val="24"/>
          <w:u w:val="single"/>
        </w:rPr>
        <w:t>name</w:t>
      </w:r>
      <w:r>
        <w:rPr>
          <w:rFonts w:ascii="Times New Roman" w:hAnsi="Times New Roman"/>
          <w:sz w:val="24"/>
        </w:rPr>
        <w:t>] willfully and arbitrarily failed to provide [maintenance] [and] [cure]; and</w:t>
      </w:r>
    </w:p>
    <w:p>
      <w:pPr>
        <w:spacing w:after="240"/>
        <w:ind w:firstLine="720"/>
      </w:pPr>
      <w:r>
        <w:rPr>
          <w:rFonts w:ascii="Times New Roman" w:hAnsi="Times New Roman"/>
          <w:sz w:val="24"/>
        </w:rPr>
        <w:t>Third, the defendant [</w:t>
      </w:r>
      <w:r>
        <w:rPr>
          <w:rFonts w:ascii="Times New Roman" w:hAnsi="Times New Roman"/>
          <w:i/>
          <w:sz w:val="24"/>
          <w:u w:val="single"/>
        </w:rPr>
        <w:t>name</w:t>
      </w:r>
      <w:r>
        <w:rPr>
          <w:rFonts w:ascii="Times New Roman" w:hAnsi="Times New Roman"/>
          <w:sz w:val="24"/>
        </w:rPr>
        <w:t>]’s failure to provide [maintenance] [and] [cure] resulted in injury to the plaintiff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If you find the plaintiff [</w:t>
      </w:r>
      <w:r>
        <w:rPr>
          <w:rFonts w:ascii="Times New Roman" w:hAnsi="Times New Roman"/>
          <w:i/>
          <w:sz w:val="24"/>
          <w:u w:val="single"/>
        </w:rPr>
        <w:t>name</w:t>
      </w:r>
      <w:r>
        <w:rPr>
          <w:rFonts w:ascii="Times New Roman" w:hAnsi="Times New Roman"/>
          <w:sz w:val="24"/>
        </w:rPr>
        <w:t>] has proved each of the elements on which [he] [she] [</w:t>
      </w:r>
      <w:r>
        <w:rPr>
          <w:rFonts w:ascii="Times New Roman" w:hAnsi="Times New Roman"/>
          <w:i/>
          <w:sz w:val="24"/>
          <w:u w:val="single"/>
        </w:rPr>
        <w:t>other pronoun</w:t>
      </w:r>
      <w:r>
        <w:rPr>
          <w:rFonts w:ascii="Times New Roman" w:hAnsi="Times New Roman"/>
          <w:sz w:val="24"/>
        </w:rPr>
        <w:t>] has the burden of proof, you should answer “yes” on the verdict form where indicated; otherwise answer “no.”</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If the jury finds that the defendant willfully and arbitrarily failed to pay maintenance or cure, the plaintiff will be entitled to reasonable attorneys’ fees as determined by the court. A special interrogatory will be required. </w:t>
      </w:r>
      <w:r>
        <w:rPr>
          <w:rFonts w:ascii="Times New Roman" w:hAnsi="Times New Roman"/>
          <w:i/>
          <w:sz w:val="24"/>
        </w:rPr>
        <w:t xml:space="preserve">See Kopczynski v. The Jacqueline, </w:t>
      </w:r>
      <w:r>
        <w:rPr>
          <w:rFonts w:ascii="Times New Roman" w:hAnsi="Times New Roman"/>
          <w:sz w:val="24"/>
        </w:rPr>
        <w:t>742 F.2d 555, 559 (9th Cir. 1984) (leaving undisturbed jury’s finding on special interrogatory that defendant’s conduct was not “willful and arbitrary,” and holding that plaintiff therefore was not entitled to recover attorneys’ fees).</w:t>
      </w:r>
    </w:p>
    <w:p>
      <w:pPr>
        <w:spacing w:after="240"/>
        <w:ind w:firstLine="720"/>
      </w:pPr>
      <w:r>
        <w:rPr>
          <w:rFonts w:ascii="Times New Roman" w:hAnsi="Times New Roman"/>
          <w:i/>
          <w:sz w:val="24"/>
        </w:rPr>
        <w:t>Revised March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