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9.28 Particular Rights—Sixth Amendment—Right to Compulsory Process—Interference with Witness</w:t>
      </w:r>
    </w:p>
    <w:p>
      <w:pPr>
        <w:spacing w:after="240"/>
        <w:ind w:firstLine="720"/>
      </w:pPr>
      <w:r>
        <w:rPr>
          <w:rFonts w:ascii="Times New Roman" w:hAnsi="Times New Roman"/>
          <w:sz w:val="24"/>
        </w:rPr>
        <w:t>Under the Sixth Amendment, a criminal defendant has the right to have compulsory process for obtaining witnesses in his or her favor. This right includes both the right to offer the testimony of witnesses, and to compel their attendance, if necessary. The plaintiff asserts [</w:t>
      </w:r>
      <w:r>
        <w:rPr>
          <w:rFonts w:ascii="Times New Roman" w:hAnsi="Times New Roman"/>
          <w:i/>
          <w:sz w:val="24"/>
          <w:u w:val="single"/>
        </w:rPr>
        <w:t>name</w:t>
      </w:r>
      <w:r>
        <w:rPr>
          <w:rFonts w:ascii="Times New Roman" w:hAnsi="Times New Roman"/>
          <w:sz w:val="24"/>
        </w:rPr>
        <w:t>] that the defendant [</w:t>
      </w:r>
      <w:r>
        <w:rPr>
          <w:rFonts w:ascii="Times New Roman" w:hAnsi="Times New Roman"/>
          <w:i/>
          <w:sz w:val="24"/>
          <w:u w:val="single"/>
        </w:rPr>
        <w:t>name</w:t>
      </w:r>
      <w:r>
        <w:rPr>
          <w:rFonts w:ascii="Times New Roman" w:hAnsi="Times New Roman"/>
          <w:sz w:val="24"/>
        </w:rPr>
        <w:t>] interfered with this right and caused a favorable witness not to testify in the plaintiff’s trial.</w:t>
      </w:r>
    </w:p>
    <w:p>
      <w:pPr>
        <w:spacing w:after="240"/>
        <w:ind w:firstLine="720"/>
      </w:pPr>
      <w:r>
        <w:rPr>
          <w:rFonts w:ascii="Times New Roman" w:hAnsi="Times New Roman"/>
          <w:sz w:val="24"/>
        </w:rPr>
        <w:t>To prove that the defendant [</w:t>
      </w:r>
      <w:r>
        <w:rPr>
          <w:rFonts w:ascii="Times New Roman" w:hAnsi="Times New Roman"/>
          <w:i/>
          <w:sz w:val="24"/>
          <w:u w:val="single"/>
        </w:rPr>
        <w:t>name</w:t>
      </w:r>
      <w:r>
        <w:rPr>
          <w:rFonts w:ascii="Times New Roman" w:hAnsi="Times New Roman"/>
          <w:sz w:val="24"/>
        </w:rPr>
        <w:t>] unlawfully interfered with the plaintiff [</w:t>
      </w:r>
      <w:r>
        <w:rPr>
          <w:rFonts w:ascii="Times New Roman" w:hAnsi="Times New Roman"/>
          <w:i/>
          <w:sz w:val="24"/>
          <w:u w:val="single"/>
        </w:rPr>
        <w:t>name</w:t>
      </w:r>
      <w:r>
        <w:rPr>
          <w:rFonts w:ascii="Times New Roman" w:hAnsi="Times New Roman"/>
          <w:sz w:val="24"/>
        </w:rPr>
        <w:t>]’s right to present testimony, the plaintiff [</w:t>
      </w:r>
      <w:r>
        <w:rPr>
          <w:rFonts w:ascii="Times New Roman" w:hAnsi="Times New Roman"/>
          <w:i/>
          <w:sz w:val="24"/>
          <w:u w:val="single"/>
        </w:rPr>
        <w:t>name</w:t>
      </w:r>
      <w:r>
        <w:rPr>
          <w:rFonts w:ascii="Times New Roman" w:hAnsi="Times New Roman"/>
          <w:sz w:val="24"/>
        </w:rPr>
        <w:t>] must prove by a preponderance of the evidence:</w:t>
      </w:r>
    </w:p>
    <w:p>
      <w:pPr>
        <w:spacing w:after="240"/>
        <w:ind w:firstLine="720"/>
      </w:pPr>
      <w:r>
        <w:rPr>
          <w:rFonts w:ascii="Times New Roman" w:hAnsi="Times New Roman"/>
          <w:sz w:val="24"/>
        </w:rPr>
        <w:t>First, that the defendant [</w:t>
      </w:r>
      <w:r>
        <w:rPr>
          <w:rFonts w:ascii="Times New Roman" w:hAnsi="Times New Roman"/>
          <w:i/>
          <w:sz w:val="24"/>
          <w:u w:val="single"/>
        </w:rPr>
        <w:t>name</w:t>
      </w:r>
      <w:r>
        <w:rPr>
          <w:rFonts w:ascii="Times New Roman" w:hAnsi="Times New Roman"/>
          <w:sz w:val="24"/>
        </w:rPr>
        <w:t>]’s conduct substantially interfered with the plaintiff [</w:t>
      </w:r>
      <w:r>
        <w:rPr>
          <w:rFonts w:ascii="Times New Roman" w:hAnsi="Times New Roman"/>
          <w:i/>
          <w:sz w:val="24"/>
          <w:u w:val="single"/>
        </w:rPr>
        <w:t>name</w:t>
      </w:r>
      <w:r>
        <w:rPr>
          <w:rFonts w:ascii="Times New Roman" w:hAnsi="Times New Roman"/>
          <w:sz w:val="24"/>
        </w:rPr>
        <w:t>]’s witness;</w:t>
      </w:r>
    </w:p>
    <w:p>
      <w:pPr>
        <w:spacing w:after="240"/>
        <w:ind w:firstLine="720"/>
      </w:pPr>
      <w:r>
        <w:rPr>
          <w:rFonts w:ascii="Times New Roman" w:hAnsi="Times New Roman"/>
          <w:sz w:val="24"/>
        </w:rPr>
        <w:t>Second, that the defendant [</w:t>
      </w:r>
      <w:r>
        <w:rPr>
          <w:rFonts w:ascii="Times New Roman" w:hAnsi="Times New Roman"/>
          <w:i/>
          <w:sz w:val="24"/>
          <w:u w:val="single"/>
        </w:rPr>
        <w:t>name</w:t>
      </w:r>
      <w:r>
        <w:rPr>
          <w:rFonts w:ascii="Times New Roman" w:hAnsi="Times New Roman"/>
          <w:sz w:val="24"/>
        </w:rPr>
        <w:t>]’s conduct caused the witness not to testify; and</w:t>
      </w:r>
    </w:p>
    <w:p>
      <w:pPr>
        <w:spacing w:after="240"/>
        <w:ind w:firstLine="720"/>
      </w:pPr>
      <w:r>
        <w:rPr>
          <w:rFonts w:ascii="Times New Roman" w:hAnsi="Times New Roman"/>
          <w:sz w:val="24"/>
        </w:rPr>
        <w:t>Third, that the witness’ testimony would have been favorable and material.</w:t>
      </w:r>
    </w:p>
    <w:p>
      <w:pPr>
        <w:spacing w:after="240"/>
        <w:ind w:firstLine="720"/>
      </w:pPr>
      <w:r>
        <w:rPr>
          <w:rFonts w:ascii="Times New Roman" w:hAnsi="Times New Roman"/>
          <w:sz w:val="24"/>
        </w:rPr>
        <w:t>Testimony is material if it would have been sufficient to cast doubt on the government’s case.</w:t>
      </w:r>
    </w:p>
    <w:p>
      <w:pPr>
        <w:spacing w:after="240"/>
        <w:ind w:firstLine="720"/>
      </w:pPr>
      <w:r>
        <w:rPr>
          <w:rFonts w:ascii="Times New Roman" w:hAnsi="Times New Roman"/>
          <w:sz w:val="24"/>
        </w:rPr>
        <w:t>[Testimony could have been material to the plaintiff [</w:t>
      </w:r>
      <w:r>
        <w:rPr>
          <w:rFonts w:ascii="Times New Roman" w:hAnsi="Times New Roman"/>
          <w:i/>
          <w:sz w:val="24"/>
          <w:u w:val="single"/>
        </w:rPr>
        <w:t>name</w:t>
      </w:r>
      <w:r>
        <w:rPr>
          <w:rFonts w:ascii="Times New Roman" w:hAnsi="Times New Roman"/>
          <w:sz w:val="24"/>
        </w:rPr>
        <w:t>]’s trial even if the plaintiff [</w:t>
      </w:r>
      <w:r>
        <w:rPr>
          <w:rFonts w:ascii="Times New Roman" w:hAnsi="Times New Roman"/>
          <w:i/>
          <w:sz w:val="24"/>
          <w:u w:val="single"/>
        </w:rPr>
        <w:t>name</w:t>
      </w:r>
      <w:r>
        <w:rPr>
          <w:rFonts w:ascii="Times New Roman" w:hAnsi="Times New Roman"/>
          <w:sz w:val="24"/>
        </w:rPr>
        <w:t>] was not convicted.]</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is based on </w:t>
      </w:r>
      <w:r>
        <w:rPr>
          <w:rFonts w:ascii="Times New Roman" w:hAnsi="Times New Roman"/>
          <w:i/>
          <w:sz w:val="24"/>
        </w:rPr>
        <w:t>Park v. Thompson</w:t>
      </w:r>
      <w:r>
        <w:rPr>
          <w:rFonts w:ascii="Times New Roman" w:hAnsi="Times New Roman"/>
          <w:sz w:val="24"/>
        </w:rPr>
        <w:t xml:space="preserve">, 851 F.3d 910 (9th Cir. 2017). As discussed in </w:t>
      </w:r>
      <w:r>
        <w:rPr>
          <w:rFonts w:ascii="Times New Roman" w:hAnsi="Times New Roman"/>
          <w:i/>
          <w:sz w:val="24"/>
        </w:rPr>
        <w:t>Park</w:t>
      </w:r>
      <w:r>
        <w:rPr>
          <w:rFonts w:ascii="Times New Roman" w:hAnsi="Times New Roman"/>
          <w:sz w:val="24"/>
        </w:rPr>
        <w:t xml:space="preserve">, the Ninth Circuit has not yet decided what the appropriate standard is to satisfy the causation element of this claim. </w:t>
      </w:r>
      <w:r>
        <w:rPr>
          <w:rFonts w:ascii="Times New Roman" w:hAnsi="Times New Roman"/>
          <w:i/>
          <w:sz w:val="24"/>
        </w:rPr>
        <w:t xml:space="preserve">See id. </w:t>
      </w:r>
      <w:r>
        <w:rPr>
          <w:rFonts w:ascii="Times New Roman" w:hAnsi="Times New Roman"/>
          <w:sz w:val="24"/>
        </w:rPr>
        <w:t>at 921-22 (comparing the various circuit court tests, including “plausible showing,” “plausible nexus,” “but for,” and “decisive factor”). Although the Committee recognizes that trial courts may need to instruct juries regarding the standard for proving causation, it takes no position on the appropriate test pending further guidance from the Ninth Circuit or the Supreme Court.</w:t>
      </w:r>
    </w:p>
    <w:p>
      <w:pPr>
        <w:spacing w:after="240"/>
        <w:ind w:firstLine="720"/>
      </w:pPr>
      <w:r>
        <w:rPr>
          <w:rFonts w:ascii="Times New Roman" w:hAnsi="Times New Roman"/>
          <w:sz w:val="24"/>
        </w:rPr>
        <w:t xml:space="preserve">In a multi-plaintiff or multi-defendant case, the trial judge should consider naming each individual specifically in lieu of using the generic term “officers” or “defendants.” In </w:t>
      </w:r>
      <w:r>
        <w:rPr>
          <w:rFonts w:ascii="Times New Roman" w:hAnsi="Times New Roman"/>
          <w:i/>
          <w:sz w:val="24"/>
        </w:rPr>
        <w:t>Chinaryan</w:t>
      </w:r>
      <w:r>
        <w:rPr>
          <w:rFonts w:ascii="Times New Roman" w:hAnsi="Times New Roman"/>
          <w:sz w:val="24"/>
        </w:rPr>
        <w:t>, the Ninth Circuit explained that the jury instructions were “confusing” where the instructions stated that “to establish an unreasonable seizure in this case, the plaintiffs must prove by a preponderance of the evidence that the officer</w:t>
      </w:r>
      <w:r>
        <w:rPr>
          <w:rFonts w:ascii="Times New Roman" w:hAnsi="Times New Roman"/>
          <w:b/>
          <w:i/>
          <w:sz w:val="24"/>
          <w:u w:val="single"/>
        </w:rPr>
        <w:t>s</w:t>
      </w:r>
      <w:r>
        <w:rPr>
          <w:rFonts w:ascii="Times New Roman" w:hAnsi="Times New Roman"/>
          <w:sz w:val="24"/>
        </w:rPr>
        <w:t xml:space="preserve">”—plural—“used excessive force.” </w:t>
      </w:r>
      <w:r>
        <w:rPr>
          <w:rFonts w:ascii="Times New Roman" w:hAnsi="Times New Roman"/>
          <w:i/>
          <w:sz w:val="24"/>
        </w:rPr>
        <w:t>Chinaryan v. City of Los Angeles</w:t>
      </w:r>
      <w:r>
        <w:rPr>
          <w:rFonts w:ascii="Times New Roman" w:hAnsi="Times New Roman"/>
          <w:sz w:val="24"/>
        </w:rPr>
        <w:t>, 113 F.4th 888, 905 (9th Cir. 2024) (emphasis in original). The “officer</w:t>
      </w:r>
      <w:r>
        <w:rPr>
          <w:rFonts w:ascii="Times New Roman" w:hAnsi="Times New Roman"/>
          <w:b/>
          <w:i/>
          <w:sz w:val="24"/>
          <w:u w:val="single"/>
        </w:rPr>
        <w:t>s</w:t>
      </w:r>
      <w:r>
        <w:rPr>
          <w:rFonts w:ascii="Times New Roman" w:hAnsi="Times New Roman"/>
          <w:sz w:val="24"/>
        </w:rPr>
        <w:t xml:space="preserve">” jury instruction language was confusing because it “required the jury to evaluate the excessiveness of the force used by the officers collectively rather than consider whether any single officer used excessive force.” </w:t>
      </w:r>
      <w:r>
        <w:rPr>
          <w:rFonts w:ascii="Times New Roman" w:hAnsi="Times New Roman"/>
          <w:i/>
          <w:sz w:val="24"/>
        </w:rPr>
        <w:t>Id.</w:t>
      </w:r>
      <w:r>
        <w:rPr>
          <w:rFonts w:ascii="Times New Roman" w:hAnsi="Times New Roman"/>
          <w:sz w:val="24"/>
        </w:rPr>
        <w:t xml:space="preserve"> In light of </w:t>
      </w:r>
      <w:r>
        <w:rPr>
          <w:rFonts w:ascii="Times New Roman" w:hAnsi="Times New Roman"/>
          <w:i/>
          <w:sz w:val="24"/>
        </w:rPr>
        <w:t>Chinaryan</w:t>
      </w:r>
      <w:r>
        <w:rPr>
          <w:rFonts w:ascii="Times New Roman" w:hAnsi="Times New Roman"/>
          <w:sz w:val="24"/>
        </w:rPr>
        <w:t>, the trial judge may consider using a special verdict to identify the specific findings as to each plaintiff and defendant.</w:t>
      </w:r>
    </w:p>
    <w:p>
      <w:pPr>
        <w:spacing w:after="240"/>
        <w:ind w:firstLine="720"/>
      </w:pPr>
      <w:r>
        <w:rPr>
          <w:rFonts w:ascii="Times New Roman" w:hAnsi="Times New Roman"/>
          <w:i/>
          <w:sz w:val="24"/>
        </w:rPr>
        <w:t>Revised June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