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9.40 Particular Rights—Fourteenth Amendment—Due Process—State-Created Danger</w:t>
      </w:r>
    </w:p>
    <w:p>
      <w:pPr>
        <w:spacing w:after="240"/>
        <w:ind w:firstLine="720"/>
      </w:pPr>
      <w:r>
        <w:rPr>
          <w:rFonts w:ascii="Times New Roman" w:hAnsi="Times New Roman"/>
          <w:sz w:val="24"/>
        </w:rPr>
        <w:t>As previously explained, the plaintiff [</w:t>
      </w:r>
      <w:r>
        <w:rPr>
          <w:rFonts w:ascii="Times New Roman" w:hAnsi="Times New Roman"/>
          <w:i/>
          <w:sz w:val="24"/>
          <w:u w:val="single"/>
        </w:rPr>
        <w:t>name</w:t>
      </w:r>
      <w:r>
        <w:rPr>
          <w:rFonts w:ascii="Times New Roman" w:hAnsi="Times New Roman"/>
          <w:sz w:val="24"/>
        </w:rPr>
        <w:t>] has the burden of proving that the act[s] of the defendant [</w:t>
      </w:r>
      <w:r>
        <w:rPr>
          <w:rFonts w:ascii="Times New Roman" w:hAnsi="Times New Roman"/>
          <w:i/>
          <w:sz w:val="24"/>
          <w:u w:val="single"/>
        </w:rPr>
        <w:t>name</w:t>
      </w:r>
      <w:r>
        <w:rPr>
          <w:rFonts w:ascii="Times New Roman" w:hAnsi="Times New Roman"/>
          <w:sz w:val="24"/>
        </w:rPr>
        <w:t>] deprived the plaintiff [</w:t>
      </w:r>
      <w:r>
        <w:rPr>
          <w:rFonts w:ascii="Times New Roman" w:hAnsi="Times New Roman"/>
          <w:i/>
          <w:sz w:val="24"/>
          <w:u w:val="single"/>
        </w:rPr>
        <w:t>name</w:t>
      </w:r>
      <w:r>
        <w:rPr>
          <w:rFonts w:ascii="Times New Roman" w:hAnsi="Times New Roman"/>
          <w:sz w:val="24"/>
        </w:rPr>
        <w:t>] of particular rights under the United States Constitution.</w:t>
      </w:r>
    </w:p>
    <w:p>
      <w:pPr>
        <w:spacing w:after="240"/>
        <w:ind w:firstLine="720"/>
      </w:pPr>
      <w:r>
        <w:rPr>
          <w:rFonts w:ascii="Times New Roman" w:hAnsi="Times New Roman"/>
          <w:sz w:val="24"/>
        </w:rPr>
        <w:t>In this case, the plaintiff [</w:t>
      </w:r>
      <w:r>
        <w:rPr>
          <w:rFonts w:ascii="Times New Roman" w:hAnsi="Times New Roman"/>
          <w:i/>
          <w:sz w:val="24"/>
          <w:u w:val="single"/>
        </w:rPr>
        <w:t>name</w:t>
      </w:r>
      <w:r>
        <w:rPr>
          <w:rFonts w:ascii="Times New Roman" w:hAnsi="Times New Roman"/>
          <w:sz w:val="24"/>
        </w:rPr>
        <w:t>] alleges that the defendant [</w:t>
      </w:r>
      <w:r>
        <w:rPr>
          <w:rFonts w:ascii="Times New Roman" w:hAnsi="Times New Roman"/>
          <w:i/>
          <w:sz w:val="24"/>
          <w:u w:val="single"/>
        </w:rPr>
        <w:t>name</w:t>
      </w:r>
      <w:r>
        <w:rPr>
          <w:rFonts w:ascii="Times New Roman" w:hAnsi="Times New Roman"/>
          <w:sz w:val="24"/>
        </w:rPr>
        <w:t>] deprived the plaintiff [</w:t>
      </w:r>
      <w:r>
        <w:rPr>
          <w:rFonts w:ascii="Times New Roman" w:hAnsi="Times New Roman"/>
          <w:i/>
          <w:sz w:val="24"/>
          <w:u w:val="single"/>
        </w:rPr>
        <w:t>name</w:t>
      </w:r>
      <w:r>
        <w:rPr>
          <w:rFonts w:ascii="Times New Roman" w:hAnsi="Times New Roman"/>
          <w:sz w:val="24"/>
        </w:rPr>
        <w:t>] of [his] [her] [</w:t>
      </w:r>
      <w:r>
        <w:rPr>
          <w:rFonts w:ascii="Times New Roman" w:hAnsi="Times New Roman"/>
          <w:i/>
          <w:sz w:val="24"/>
          <w:u w:val="single"/>
        </w:rPr>
        <w:t>other pronoun</w:t>
      </w:r>
      <w:r>
        <w:rPr>
          <w:rFonts w:ascii="Times New Roman" w:hAnsi="Times New Roman"/>
          <w:sz w:val="24"/>
        </w:rPr>
        <w:t>] rights under the Fourteenth Amendment to the Constitution when [</w:t>
      </w:r>
      <w:r>
        <w:rPr>
          <w:rFonts w:ascii="Times New Roman" w:hAnsi="Times New Roman"/>
          <w:i/>
          <w:sz w:val="24"/>
          <w:u w:val="single"/>
        </w:rPr>
        <w:t>insert factual basis of the plaintiff’s claim</w:t>
      </w:r>
      <w:r>
        <w:rPr>
          <w:rFonts w:ascii="Times New Roman" w:hAnsi="Times New Roman"/>
          <w:sz w:val="24"/>
        </w:rPr>
        <w:t>].</w:t>
      </w:r>
    </w:p>
    <w:p>
      <w:pPr>
        <w:spacing w:after="240"/>
        <w:ind w:firstLine="720"/>
      </w:pPr>
      <w:r>
        <w:rPr>
          <w:rFonts w:ascii="Times New Roman" w:hAnsi="Times New Roman"/>
          <w:sz w:val="24"/>
        </w:rPr>
        <w:t>Under the Fourteenth Amendment, a person has the constitutional right to be free from a government employee affirmatively placing that person in a position of actual, particularized danger (or in a situation of actual, particularized danger that is more dangerous than the position that the person already faced) if the government employee acted with deliberate indifference to a known or obvious danger.</w:t>
      </w:r>
    </w:p>
    <w:p>
      <w:pPr>
        <w:spacing w:after="240"/>
        <w:ind w:firstLine="720"/>
      </w:pPr>
      <w:r>
        <w:rPr>
          <w:rFonts w:ascii="Times New Roman" w:hAnsi="Times New Roman"/>
          <w:sz w:val="24"/>
        </w:rPr>
        <w:t>To prove the defendant deprived the plaintiff [</w:t>
      </w:r>
      <w:r>
        <w:rPr>
          <w:rFonts w:ascii="Times New Roman" w:hAnsi="Times New Roman"/>
          <w:i/>
          <w:sz w:val="24"/>
          <w:u w:val="single"/>
        </w:rPr>
        <w:t>name</w:t>
      </w:r>
      <w:r>
        <w:rPr>
          <w:rFonts w:ascii="Times New Roman" w:hAnsi="Times New Roman"/>
          <w:sz w:val="24"/>
        </w:rPr>
        <w:t>] of this Fourteenth Amendment right, the plaintiff [</w:t>
      </w:r>
      <w:r>
        <w:rPr>
          <w:rFonts w:ascii="Times New Roman" w:hAnsi="Times New Roman"/>
          <w:i/>
          <w:sz w:val="24"/>
          <w:u w:val="single"/>
        </w:rPr>
        <w:t>name</w:t>
      </w:r>
      <w:r>
        <w:rPr>
          <w:rFonts w:ascii="Times New Roman" w:hAnsi="Times New Roman"/>
          <w:sz w:val="24"/>
        </w:rPr>
        <w:t>] must prove the following additional elements by a preponderance of the evidence:</w:t>
      </w:r>
    </w:p>
    <w:p>
      <w:pPr>
        <w:spacing w:after="240"/>
        <w:ind w:firstLine="720"/>
      </w:pPr>
      <w:r>
        <w:rPr>
          <w:rFonts w:ascii="Times New Roman" w:hAnsi="Times New Roman"/>
          <w:sz w:val="24"/>
        </w:rPr>
        <w:t>First, the defendant [</w:t>
      </w:r>
      <w:r>
        <w:rPr>
          <w:rFonts w:ascii="Times New Roman" w:hAnsi="Times New Roman"/>
          <w:i/>
          <w:sz w:val="24"/>
          <w:u w:val="single"/>
        </w:rPr>
        <w:t>name</w:t>
      </w:r>
      <w:r>
        <w:rPr>
          <w:rFonts w:ascii="Times New Roman" w:hAnsi="Times New Roman"/>
          <w:sz w:val="24"/>
        </w:rPr>
        <w:t>] committed an affirmative act;</w:t>
      </w:r>
    </w:p>
    <w:p>
      <w:pPr>
        <w:spacing w:after="240"/>
        <w:ind w:firstLine="720"/>
      </w:pPr>
      <w:r>
        <w:rPr>
          <w:rFonts w:ascii="Times New Roman" w:hAnsi="Times New Roman"/>
          <w:sz w:val="24"/>
        </w:rPr>
        <w:t>Second, the affirmative act placed the plaintiff [</w:t>
      </w:r>
      <w:r>
        <w:rPr>
          <w:rFonts w:ascii="Times New Roman" w:hAnsi="Times New Roman"/>
          <w:i/>
          <w:sz w:val="24"/>
          <w:u w:val="single"/>
        </w:rPr>
        <w:t>name</w:t>
      </w:r>
      <w:r>
        <w:rPr>
          <w:rFonts w:ascii="Times New Roman" w:hAnsi="Times New Roman"/>
          <w:sz w:val="24"/>
        </w:rPr>
        <w:t>] in a position of an actual, particularized danger by creating or exposing the plaintiff [</w:t>
      </w:r>
      <w:r>
        <w:rPr>
          <w:rFonts w:ascii="Times New Roman" w:hAnsi="Times New Roman"/>
          <w:i/>
          <w:sz w:val="24"/>
          <w:u w:val="single"/>
        </w:rPr>
        <w:t>name</w:t>
      </w:r>
      <w:r>
        <w:rPr>
          <w:rFonts w:ascii="Times New Roman" w:hAnsi="Times New Roman"/>
          <w:sz w:val="24"/>
        </w:rPr>
        <w:t>] to a danger that [he] [she] [</w:t>
      </w:r>
      <w:r>
        <w:rPr>
          <w:rFonts w:ascii="Times New Roman" w:hAnsi="Times New Roman"/>
          <w:i/>
          <w:sz w:val="24"/>
          <w:u w:val="single"/>
        </w:rPr>
        <w:t>other pronoun</w:t>
      </w:r>
      <w:r>
        <w:rPr>
          <w:rFonts w:ascii="Times New Roman" w:hAnsi="Times New Roman"/>
          <w:sz w:val="24"/>
        </w:rPr>
        <w:t>] not have otherwise faced;</w:t>
      </w:r>
    </w:p>
    <w:p>
      <w:pPr>
        <w:spacing w:after="240"/>
        <w:ind w:firstLine="720"/>
      </w:pPr>
      <w:r>
        <w:rPr>
          <w:rFonts w:ascii="Times New Roman" w:hAnsi="Times New Roman"/>
          <w:sz w:val="24"/>
        </w:rPr>
        <w:t>Third, the defendant [</w:t>
      </w:r>
      <w:r>
        <w:rPr>
          <w:rFonts w:ascii="Times New Roman" w:hAnsi="Times New Roman"/>
          <w:i/>
          <w:sz w:val="24"/>
          <w:u w:val="single"/>
        </w:rPr>
        <w:t>name</w:t>
      </w:r>
      <w:r>
        <w:rPr>
          <w:rFonts w:ascii="Times New Roman" w:hAnsi="Times New Roman"/>
          <w:sz w:val="24"/>
        </w:rPr>
        <w:t>] acted with deliberate indifference to a known or obvious danger; and</w:t>
      </w:r>
    </w:p>
    <w:p>
      <w:pPr>
        <w:spacing w:after="240"/>
        <w:ind w:firstLine="720"/>
      </w:pPr>
      <w:r>
        <w:rPr>
          <w:rFonts w:ascii="Times New Roman" w:hAnsi="Times New Roman"/>
          <w:sz w:val="24"/>
        </w:rPr>
        <w:t>Fourth, the affirmative act that created the actual, particularized danger caused injury to the plaintiff [</w:t>
      </w:r>
      <w:r>
        <w:rPr>
          <w:rFonts w:ascii="Times New Roman" w:hAnsi="Times New Roman"/>
          <w:i/>
          <w:sz w:val="24"/>
          <w:u w:val="single"/>
        </w:rPr>
        <w:t>name</w:t>
      </w:r>
      <w:r>
        <w:rPr>
          <w:rFonts w:ascii="Times New Roman" w:hAnsi="Times New Roman"/>
          <w:sz w:val="24"/>
        </w:rPr>
        <w:t>] that was foreseeable.</w:t>
      </w:r>
    </w:p>
    <w:p>
      <w:pPr>
        <w:spacing w:after="240"/>
        <w:ind w:firstLine="720"/>
      </w:pPr>
      <w:r>
        <w:rPr>
          <w:rFonts w:ascii="Times New Roman" w:hAnsi="Times New Roman"/>
          <w:sz w:val="24"/>
        </w:rPr>
        <w:t>In this context, “deliberate indifference” means that the defendant [</w:t>
      </w:r>
      <w:r>
        <w:rPr>
          <w:rFonts w:ascii="Times New Roman" w:hAnsi="Times New Roman"/>
          <w:i/>
          <w:sz w:val="24"/>
          <w:u w:val="single"/>
        </w:rPr>
        <w:t>name</w:t>
      </w:r>
      <w:r>
        <w:rPr>
          <w:rFonts w:ascii="Times New Roman" w:hAnsi="Times New Roman"/>
          <w:sz w:val="24"/>
        </w:rPr>
        <w:t>] disregarded a known or obvious consequence of [his] [her] [</w:t>
      </w:r>
      <w:r>
        <w:rPr>
          <w:rFonts w:ascii="Times New Roman" w:hAnsi="Times New Roman"/>
          <w:i/>
          <w:sz w:val="24"/>
          <w:u w:val="single"/>
        </w:rPr>
        <w:t>other pronoun</w:t>
      </w:r>
      <w:r>
        <w:rPr>
          <w:rFonts w:ascii="Times New Roman" w:hAnsi="Times New Roman"/>
          <w:sz w:val="24"/>
        </w:rPr>
        <w:t>] action[s]. In other words, the defendant [</w:t>
      </w:r>
      <w:r>
        <w:rPr>
          <w:rFonts w:ascii="Times New Roman" w:hAnsi="Times New Roman"/>
          <w:i/>
          <w:sz w:val="24"/>
          <w:u w:val="single"/>
        </w:rPr>
        <w:t>name</w:t>
      </w:r>
      <w:r>
        <w:rPr>
          <w:rFonts w:ascii="Times New Roman" w:hAnsi="Times New Roman"/>
          <w:sz w:val="24"/>
        </w:rPr>
        <w:t>] must have known that something was going to happen but ignored the risk and still exposed the plaintiff [</w:t>
      </w:r>
      <w:r>
        <w:rPr>
          <w:rFonts w:ascii="Times New Roman" w:hAnsi="Times New Roman"/>
          <w:i/>
          <w:sz w:val="24"/>
          <w:u w:val="single"/>
        </w:rPr>
        <w:t>name</w:t>
      </w:r>
      <w:r>
        <w:rPr>
          <w:rFonts w:ascii="Times New Roman" w:hAnsi="Times New Roman"/>
          <w:sz w:val="24"/>
        </w:rPr>
        <w:t>] to that risk.</w:t>
      </w:r>
    </w:p>
    <w:p>
      <w:pPr>
        <w:jc w:val="center"/>
      </w:pPr>
      <w:r>
        <w:rPr>
          <w:rFonts w:ascii="Times New Roman" w:hAnsi="Times New Roman"/>
          <w:b/>
          <w:sz w:val="24"/>
        </w:rPr>
        <w:t>Comment</w:t>
      </w:r>
    </w:p>
    <w:p>
      <w:pPr>
        <w:spacing w:after="240"/>
        <w:ind w:firstLine="720"/>
      </w:pPr>
      <w:r>
        <w:rPr>
          <w:rFonts w:ascii="Times New Roman" w:hAnsi="Times New Roman"/>
          <w:sz w:val="24"/>
        </w:rPr>
        <w:t>Use this instruction only in conjunction with the applicable elements instruction from Instructions 9.3-9.8.</w:t>
      </w:r>
    </w:p>
    <w:p>
      <w:pPr>
        <w:spacing w:after="240"/>
        <w:ind w:firstLine="720"/>
      </w:pPr>
      <w:r>
        <w:rPr>
          <w:rFonts w:ascii="Times New Roman" w:hAnsi="Times New Roman"/>
          <w:sz w:val="24"/>
        </w:rPr>
        <w:t xml:space="preserve">In a multi-plaintiff or multi-defendant case, the trial judge should consider naming each individual specifically in lieu of using the generic term “officers” or “defendants.” In </w:t>
      </w:r>
      <w:r>
        <w:rPr>
          <w:rFonts w:ascii="Times New Roman" w:hAnsi="Times New Roman"/>
          <w:i/>
          <w:sz w:val="24"/>
        </w:rPr>
        <w:t>Chinaryan</w:t>
      </w:r>
      <w:r>
        <w:rPr>
          <w:rFonts w:ascii="Times New Roman" w:hAnsi="Times New Roman"/>
          <w:sz w:val="24"/>
        </w:rPr>
        <w:t>, the Ninth Circuit explained that the jury instructions were “confusing” where the instructions stated that “to establish an unreasonable seizure in this case, the plaintiffs must prove by a preponderance of the evidence that the officer</w:t>
      </w:r>
      <w:r>
        <w:rPr>
          <w:rFonts w:ascii="Times New Roman" w:hAnsi="Times New Roman"/>
          <w:b/>
          <w:i/>
          <w:sz w:val="24"/>
          <w:u w:val="single"/>
        </w:rPr>
        <w:t>s</w:t>
      </w:r>
      <w:r>
        <w:rPr>
          <w:rFonts w:ascii="Times New Roman" w:hAnsi="Times New Roman"/>
          <w:sz w:val="24"/>
        </w:rPr>
        <w:t xml:space="preserve">”—plural—“used excessive force.” </w:t>
      </w:r>
      <w:r>
        <w:rPr>
          <w:rFonts w:ascii="Times New Roman" w:hAnsi="Times New Roman"/>
          <w:i/>
          <w:sz w:val="24"/>
        </w:rPr>
        <w:t>Chinaryan v. City of Los Angeles</w:t>
      </w:r>
      <w:r>
        <w:rPr>
          <w:rFonts w:ascii="Times New Roman" w:hAnsi="Times New Roman"/>
          <w:sz w:val="24"/>
        </w:rPr>
        <w:t>, 113 F.4th 888, 905 (9th Cir. 2024) (emphasis in original). The “officer</w:t>
      </w:r>
      <w:r>
        <w:rPr>
          <w:rFonts w:ascii="Times New Roman" w:hAnsi="Times New Roman"/>
          <w:b/>
          <w:i/>
          <w:sz w:val="24"/>
          <w:u w:val="single"/>
        </w:rPr>
        <w:t>s</w:t>
      </w:r>
      <w:r>
        <w:rPr>
          <w:rFonts w:ascii="Times New Roman" w:hAnsi="Times New Roman"/>
          <w:sz w:val="24"/>
        </w:rPr>
        <w:t xml:space="preserve">” jury instruction language was confusing because it “required the jury to evaluate the excessiveness of the force used by the officers collectively rather than consider whether any single officer used excessive force.” </w:t>
      </w:r>
      <w:r>
        <w:rPr>
          <w:rFonts w:ascii="Times New Roman" w:hAnsi="Times New Roman"/>
          <w:i/>
          <w:sz w:val="24"/>
        </w:rPr>
        <w:t>Id.</w:t>
      </w:r>
      <w:r>
        <w:rPr>
          <w:rFonts w:ascii="Times New Roman" w:hAnsi="Times New Roman"/>
          <w:sz w:val="24"/>
        </w:rPr>
        <w:t xml:space="preserve"> In light of </w:t>
      </w:r>
      <w:r>
        <w:rPr>
          <w:rFonts w:ascii="Times New Roman" w:hAnsi="Times New Roman"/>
          <w:i/>
          <w:sz w:val="24"/>
        </w:rPr>
        <w:t>Chinaryan</w:t>
      </w:r>
      <w:r>
        <w:rPr>
          <w:rFonts w:ascii="Times New Roman" w:hAnsi="Times New Roman"/>
          <w:sz w:val="24"/>
        </w:rPr>
        <w:t>, the trial judge may consider using a special verdict to identify the specific findings as to each plaintiff and defendant.</w:t>
      </w:r>
    </w:p>
    <w:p>
      <w:pPr>
        <w:spacing w:after="240"/>
        <w:ind w:firstLine="720"/>
      </w:pPr>
      <w:r>
        <w:rPr>
          <w:rFonts w:ascii="Times New Roman" w:hAnsi="Times New Roman"/>
          <w:sz w:val="24"/>
        </w:rPr>
        <w:t xml:space="preserve">The “state may be constitutionally required to protect a plaintiff that it affirmatively places in danger by acting with deliberate indifference to a known or obvious danger.” </w:t>
      </w:r>
      <w:r>
        <w:rPr>
          <w:rFonts w:ascii="Times New Roman" w:hAnsi="Times New Roman"/>
          <w:i/>
          <w:sz w:val="24"/>
        </w:rPr>
        <w:t>Martinez v. City of Clovis</w:t>
      </w:r>
      <w:r>
        <w:rPr>
          <w:rFonts w:ascii="Times New Roman" w:hAnsi="Times New Roman"/>
          <w:sz w:val="24"/>
        </w:rPr>
        <w:t xml:space="preserve">, 943 F.3d 1260, 1271 (9th Cir. 2019) (quotations omitted); </w:t>
      </w:r>
      <w:r>
        <w:rPr>
          <w:rFonts w:ascii="Times New Roman" w:hAnsi="Times New Roman"/>
          <w:i/>
          <w:sz w:val="24"/>
        </w:rPr>
        <w:t>see also Est. of Soakai v. Abdelaziz</w:t>
      </w:r>
      <w:r>
        <w:rPr>
          <w:rFonts w:ascii="Times New Roman" w:hAnsi="Times New Roman"/>
          <w:sz w:val="24"/>
        </w:rPr>
        <w:t xml:space="preserve">, 137 F.4th 969, 983-85 (9th Cir. 2025) (holding that the plaintiffs plausibly alleged a state-created danger claim where the plaintiffs asserted that the defendants initiated a high speed car chase that led to a crash injuring the bystander plaintiffs and that defendants acted with deliberate indifference to the plaintiffs’ medical conditions because the defendants witnessed the crash and did not stop to render aid nor did they call for help); </w:t>
      </w:r>
      <w:r>
        <w:rPr>
          <w:rFonts w:ascii="Times New Roman" w:hAnsi="Times New Roman"/>
          <w:i/>
          <w:sz w:val="24"/>
        </w:rPr>
        <w:t>Martinez v. High</w:t>
      </w:r>
      <w:r>
        <w:rPr>
          <w:rFonts w:ascii="Times New Roman" w:hAnsi="Times New Roman"/>
          <w:sz w:val="24"/>
        </w:rPr>
        <w:t xml:space="preserve">, 91 F.4th 1022, 1028-29 (9th Cir. 2024) (explaining that an officer acted with deliberate indifference when the police officer disclosed a domestic violence victim’s confidential report of domestic violence to victim’s alleged abuser, who was another police officer, and knew victim was in the room with the abuser and would thus be exposed to his violent reaction, after which the abuser further physically abused the plaintiff); </w:t>
      </w:r>
      <w:r>
        <w:rPr>
          <w:rFonts w:ascii="Times New Roman" w:hAnsi="Times New Roman"/>
          <w:i/>
          <w:sz w:val="24"/>
        </w:rPr>
        <w:t>Polanco v. Diaz</w:t>
      </w:r>
      <w:r>
        <w:rPr>
          <w:rFonts w:ascii="Times New Roman" w:hAnsi="Times New Roman"/>
          <w:sz w:val="24"/>
        </w:rPr>
        <w:t xml:space="preserve">, 76 F.4th 918, 925-29 (9th Cir. 2023) (upholding a claim of state-created danger against prison officials in a case arising from prison guard’s death from COVID-19 complications after 122 ill inmates with COVID-19 were transferred from another prison); </w:t>
      </w:r>
      <w:r>
        <w:rPr>
          <w:rFonts w:ascii="Times New Roman" w:hAnsi="Times New Roman"/>
          <w:i/>
          <w:sz w:val="24"/>
        </w:rPr>
        <w:t>Murguia v. Langdon</w:t>
      </w:r>
      <w:r>
        <w:rPr>
          <w:rFonts w:ascii="Times New Roman" w:hAnsi="Times New Roman"/>
          <w:sz w:val="24"/>
        </w:rPr>
        <w:t xml:space="preserve">, 61 F.4th 1096, 1110-17 (9th Cir. 2023) (“In examining whether an officer affirmatively places an individual in danger, . . . we examine whether the officers left the person in a situation that was more dangerous than the one in which they found him.”); </w:t>
      </w:r>
      <w:r>
        <w:rPr>
          <w:rFonts w:ascii="Times New Roman" w:hAnsi="Times New Roman"/>
          <w:i/>
          <w:sz w:val="24"/>
        </w:rPr>
        <w:t>Sinclair v. City of Seattle</w:t>
      </w:r>
      <w:r>
        <w:rPr>
          <w:rFonts w:ascii="Times New Roman" w:hAnsi="Times New Roman"/>
          <w:sz w:val="24"/>
        </w:rPr>
        <w:t xml:space="preserve">, 61 F.4th 674, 682 (9th Cir. 2023) (holding that the danger of uncontrolled lawlessness created by the city’s decision to withdraw law enforcement from a neighborhood and surrender it to protestors failed to allege that the danger was sufficiently particularized to support a mother’s claim that the city’s actions deprived her of her substantive due process right to son’s companionship); </w:t>
      </w:r>
      <w:r>
        <w:rPr>
          <w:rFonts w:ascii="Times New Roman" w:hAnsi="Times New Roman"/>
          <w:i/>
          <w:sz w:val="24"/>
        </w:rPr>
        <w:t>Hernandez v. City of San Jose</w:t>
      </w:r>
      <w:r>
        <w:rPr>
          <w:rFonts w:ascii="Times New Roman" w:hAnsi="Times New Roman"/>
          <w:sz w:val="24"/>
        </w:rPr>
        <w:t>, 897 F.3d 1125, 1133-35 (9th Cir. 2018) (stating police officers “shepherding” of presidential candidate’s supporters into a crowd of violent counter-protesters increased the danger to the attendees and was in deliberate indifference to that danger).</w:t>
      </w:r>
    </w:p>
    <w:p>
      <w:pPr>
        <w:spacing w:after="240"/>
        <w:ind w:firstLine="720"/>
      </w:pPr>
      <w:r>
        <w:rPr>
          <w:rFonts w:ascii="Times New Roman" w:hAnsi="Times New Roman"/>
          <w:i/>
          <w:sz w:val="24"/>
        </w:rPr>
        <w:t>Revised September 2025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