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24.18 Failure to Surrender (18 U.S.C. § 3146(a)(2))</w:t>
      </w:r>
    </w:p>
    <w:p>
      <w:pPr>
        <w:spacing w:after="240"/>
        <w:ind w:firstLine="720"/>
      </w:pPr>
      <w:r>
        <w:rPr>
          <w:rFonts w:ascii="Times New Roman" w:hAnsi="Times New Roman"/>
          <w:sz w:val="24"/>
        </w:rPr>
        <w:t>The defendant is charged in [Count _______ of] the indictment with failure to surrender in violation of Section 3146(a)(2)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was sentenced to a term of imprisonment;</w:t>
      </w:r>
    </w:p>
    <w:p>
      <w:pPr>
        <w:spacing w:after="240"/>
        <w:ind w:firstLine="720"/>
      </w:pPr>
      <w:r>
        <w:rPr>
          <w:rFonts w:ascii="Times New Roman" w:hAnsi="Times New Roman"/>
          <w:sz w:val="24"/>
        </w:rPr>
        <w:t>Second, the defendant was released from custody under the Bail Reform Act;</w:t>
      </w:r>
    </w:p>
    <w:p>
      <w:pPr>
        <w:spacing w:after="240"/>
        <w:ind w:firstLine="720"/>
      </w:pPr>
      <w:r>
        <w:rPr>
          <w:rFonts w:ascii="Times New Roman" w:hAnsi="Times New Roman"/>
          <w:sz w:val="24"/>
        </w:rPr>
        <w:t>Third, the defendant was ordered to surrender for service of the sentence on [</w:t>
      </w:r>
      <w:r>
        <w:rPr>
          <w:rFonts w:ascii="Times New Roman" w:hAnsi="Times New Roman"/>
          <w:i/>
          <w:sz w:val="24"/>
          <w:u w:val="single"/>
        </w:rPr>
        <w:t>date</w:t>
      </w:r>
      <w:r>
        <w:rPr>
          <w:rFonts w:ascii="Times New Roman" w:hAnsi="Times New Roman"/>
          <w:sz w:val="24"/>
        </w:rPr>
        <w:t>];</w:t>
      </w:r>
    </w:p>
    <w:p>
      <w:pPr>
        <w:spacing w:after="240"/>
        <w:ind w:firstLine="720"/>
      </w:pPr>
      <w:r>
        <w:rPr>
          <w:rFonts w:ascii="Times New Roman" w:hAnsi="Times New Roman"/>
          <w:sz w:val="24"/>
        </w:rPr>
        <w:t>Fourth, the defendant knew of the order to surrender; and</w:t>
      </w:r>
    </w:p>
    <w:p>
      <w:pPr>
        <w:spacing w:after="240"/>
        <w:ind w:firstLine="720"/>
      </w:pPr>
      <w:r>
        <w:rPr>
          <w:rFonts w:ascii="Times New Roman" w:hAnsi="Times New Roman"/>
          <w:sz w:val="24"/>
        </w:rPr>
        <w:t>Fifth, the defendant intentionally failed to surrender as ordered.</w:t>
      </w:r>
    </w:p>
    <w:p>
      <w:pPr>
        <w:jc w:val="center"/>
      </w:pPr>
      <w:r>
        <w:rPr>
          <w:rFonts w:ascii="Times New Roman" w:hAnsi="Times New Roman"/>
          <w:b/>
          <w:sz w:val="24"/>
        </w:rPr>
        <w:t>Comment</w:t>
      </w:r>
    </w:p>
    <w:p>
      <w:pPr>
        <w:spacing w:after="240"/>
        <w:ind w:firstLine="720"/>
      </w:pPr>
      <w:r>
        <w:rPr>
          <w:rFonts w:ascii="Times New Roman" w:hAnsi="Times New Roman"/>
          <w:i/>
          <w:sz w:val="24"/>
        </w:rPr>
        <w:t>See</w:t>
      </w:r>
      <w:r>
        <w:rPr>
          <w:rFonts w:ascii="Times New Roman" w:hAnsi="Times New Roman"/>
          <w:sz w:val="24"/>
        </w:rPr>
        <w:t xml:space="preserve"> Comment to Instruction 24.17 (Failure to Appear (18 U.S.C. § 3146(a)(1))).\</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