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3.12 Child Witness</w:t>
      </w:r>
    </w:p>
    <w:p>
      <w:pPr>
        <w:jc w:val="center"/>
      </w:pPr>
      <w:r>
        <w:rPr>
          <w:rFonts w:ascii="Times New Roman" w:hAnsi="Times New Roman"/>
          <w:b/>
          <w:sz w:val="24"/>
        </w:rPr>
        <w:t>Comment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 xml:space="preserve">The Committee recommends that the trial judge give no instruction on the credibility of a child witness because it adds nothing to the general instructions on witness credibility. As to these instructions, </w:t>
      </w:r>
      <w:r>
        <w:rPr>
          <w:rFonts w:ascii="Times New Roman" w:hAnsi="Times New Roman"/>
          <w:i/>
          <w:sz w:val="24"/>
        </w:rPr>
        <w:t>see</w:t>
      </w:r>
      <w:r>
        <w:rPr>
          <w:rFonts w:ascii="Times New Roman" w:hAnsi="Times New Roman"/>
          <w:sz w:val="24"/>
        </w:rPr>
        <w:t xml:space="preserve"> Instructions 1.7 (Credibility of Witnesses) and 6.9 (Credibility of Witnesses).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 xml:space="preserve">In </w:t>
      </w:r>
      <w:r>
        <w:rPr>
          <w:rFonts w:ascii="Times New Roman" w:hAnsi="Times New Roman"/>
          <w:i/>
          <w:sz w:val="24"/>
        </w:rPr>
        <w:t>People of Territory of Guam v. McGravey</w:t>
      </w:r>
      <w:r>
        <w:rPr>
          <w:rFonts w:ascii="Times New Roman" w:hAnsi="Times New Roman"/>
          <w:sz w:val="24"/>
        </w:rPr>
        <w:t xml:space="preserve">, 14 F.3d 1344, 1348 (9th Cir. 1994), the Ninth Circuit stated that “the better view is . . . that a ‘trial judge retains discretion to determine whether the jury should receive a special instruction with respect to the credibility of a young witness, and if so, the nature of that instruction.’” (citation omitted). </w:t>
      </w:r>
      <w:r>
        <w:rPr>
          <w:rFonts w:ascii="Times New Roman" w:hAnsi="Times New Roman"/>
          <w:i/>
          <w:sz w:val="24"/>
        </w:rPr>
        <w:t>See also United States v. Pacheco</w:t>
      </w:r>
      <w:r>
        <w:rPr>
          <w:rFonts w:ascii="Times New Roman" w:hAnsi="Times New Roman"/>
          <w:sz w:val="24"/>
        </w:rPr>
        <w:t>, 154 F.3d 1236, 1239 (10th Cir. 1998) (holding that general witness credibility instruction provided jury with adequate guidance in evaluating child’s testimony).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