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3.18 Flight/Concealment of Identity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Committee generally recommends against giving specific inference instructions in areas such as flight or concealment of identity because the general instruction on direct and circumstantial evidence is sufficient (</w:t>
      </w:r>
      <w:r>
        <w:rPr>
          <w:rFonts w:ascii="Times New Roman" w:hAnsi="Times New Roman"/>
          <w:i/>
          <w:sz w:val="24"/>
        </w:rPr>
        <w:t xml:space="preserve">see </w:t>
      </w:r>
      <w:r>
        <w:rPr>
          <w:rFonts w:ascii="Times New Roman" w:hAnsi="Times New Roman"/>
          <w:sz w:val="24"/>
        </w:rPr>
        <w:t xml:space="preserve">Introductory Comment to this chapter). Also, caution is warranted because evidence of flight can be consistent with innocence. </w:t>
      </w:r>
      <w:r>
        <w:rPr>
          <w:rFonts w:ascii="Times New Roman" w:hAnsi="Times New Roman"/>
          <w:i/>
          <w:sz w:val="24"/>
        </w:rPr>
        <w:t>United States v. Dixon</w:t>
      </w:r>
      <w:r>
        <w:rPr>
          <w:rFonts w:ascii="Times New Roman" w:hAnsi="Times New Roman"/>
          <w:sz w:val="24"/>
        </w:rPr>
        <w:t xml:space="preserve">, 201 F.3d 1223, 1232 (9th Cir. 2000). Where sufficient facts support such an inference, the Ninth Circuit has not foreclosed the use of such an instruction. </w:t>
      </w:r>
      <w:r>
        <w:rPr>
          <w:rFonts w:ascii="Times New Roman" w:hAnsi="Times New Roman"/>
          <w:i/>
          <w:sz w:val="24"/>
        </w:rPr>
        <w:t>See United States v. Blanco</w:t>
      </w:r>
      <w:r>
        <w:rPr>
          <w:rFonts w:ascii="Times New Roman" w:hAnsi="Times New Roman"/>
          <w:sz w:val="24"/>
        </w:rPr>
        <w:t xml:space="preserve">, 392 F.3d 382, 395-97 (9th Cir. 2004) (flight); </w:t>
      </w:r>
      <w:r>
        <w:rPr>
          <w:rFonts w:ascii="Times New Roman" w:hAnsi="Times New Roman"/>
          <w:i/>
          <w:sz w:val="24"/>
        </w:rPr>
        <w:t>United States v. Silverman</w:t>
      </w:r>
      <w:r>
        <w:rPr>
          <w:rFonts w:ascii="Times New Roman" w:hAnsi="Times New Roman"/>
          <w:sz w:val="24"/>
        </w:rPr>
        <w:t>, 861 F.2d 571, 580-82 (9th Cir. 1988) (concealment of identity).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Revised Mar. 2018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