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b/>
          <w:sz w:val="28"/>
        </w:rPr>
        <w:t>3.5 Character of Victim</w:t>
      </w:r>
    </w:p>
    <w:p>
      <w:pPr>
        <w:spacing w:after="240"/>
        <w:ind w:firstLine="720"/>
      </w:pPr>
      <w:r>
        <w:rPr>
          <w:rFonts w:ascii="Times New Roman" w:hAnsi="Times New Roman"/>
          <w:sz w:val="24"/>
        </w:rPr>
        <w:t>You have heard evidence of specific instances of the victim’s character for [</w:t>
      </w:r>
      <w:r>
        <w:rPr>
          <w:rFonts w:ascii="Times New Roman" w:hAnsi="Times New Roman"/>
          <w:i/>
          <w:sz w:val="24"/>
          <w:u w:val="single"/>
        </w:rPr>
        <w:t>specify character trait</w:t>
      </w:r>
      <w:r>
        <w:rPr>
          <w:rFonts w:ascii="Times New Roman" w:hAnsi="Times New Roman"/>
          <w:sz w:val="24"/>
        </w:rPr>
        <w:t>]. You may consider this evidence in determining whether the victim acted in conformance with that character trait at the time of the offense charged against the defendant in this case. In deciding this case, you should consider the victim’s character evidence together with and in the same manner as all the other evidence in this case.</w:t>
      </w:r>
    </w:p>
    <w:p>
      <w:pPr>
        <w:jc w:val="center"/>
      </w:pPr>
      <w:r>
        <w:rPr>
          <w:rFonts w:ascii="Times New Roman" w:hAnsi="Times New Roman"/>
          <w:b/>
          <w:sz w:val="24"/>
        </w:rPr>
        <w:t>Comment</w:t>
      </w:r>
    </w:p>
    <w:p>
      <w:pPr>
        <w:spacing w:after="240"/>
        <w:ind w:firstLine="720"/>
      </w:pPr>
      <w:r>
        <w:rPr>
          <w:rFonts w:ascii="Times New Roman" w:hAnsi="Times New Roman"/>
          <w:sz w:val="24"/>
        </w:rPr>
        <w:t xml:space="preserve">Generally, character evidence is inadmissible, but it may be admitted for a particular purpose, </w:t>
      </w:r>
      <w:r>
        <w:rPr>
          <w:rFonts w:ascii="Times New Roman" w:hAnsi="Times New Roman"/>
          <w:i/>
          <w:sz w:val="24"/>
        </w:rPr>
        <w:t>see</w:t>
      </w:r>
      <w:r>
        <w:rPr>
          <w:rFonts w:ascii="Times New Roman" w:hAnsi="Times New Roman"/>
          <w:sz w:val="24"/>
        </w:rPr>
        <w:t xml:space="preserve">, Fed. R. Evid. 404(a)(2), and if sexual conduct of the victim is at issue, </w:t>
      </w:r>
      <w:r>
        <w:rPr>
          <w:rFonts w:ascii="Times New Roman" w:hAnsi="Times New Roman"/>
          <w:i/>
          <w:sz w:val="24"/>
        </w:rPr>
        <w:t>see</w:t>
      </w:r>
      <w:r>
        <w:rPr>
          <w:rFonts w:ascii="Times New Roman" w:hAnsi="Times New Roman"/>
          <w:sz w:val="24"/>
        </w:rPr>
        <w:t xml:space="preserve"> Fed. R. Evid. 412. This instruction is a form of limiting instruction. </w:t>
      </w:r>
      <w:r>
        <w:rPr>
          <w:rFonts w:ascii="Times New Roman" w:hAnsi="Times New Roman"/>
          <w:i/>
          <w:sz w:val="24"/>
        </w:rPr>
        <w:t xml:space="preserve">See </w:t>
      </w:r>
      <w:r>
        <w:rPr>
          <w:rFonts w:ascii="Times New Roman" w:hAnsi="Times New Roman"/>
          <w:sz w:val="24"/>
        </w:rPr>
        <w:t xml:space="preserve">Fed. R. Evid. 105. When extrinsic evidence corroborating a defendant’s testimony about a victim’s prior acts of violence is admitted pursuant to Fed. R. Evid. 404(a)(2), this instruction should be modified accordingly. </w:t>
      </w:r>
      <w:r>
        <w:rPr>
          <w:rFonts w:ascii="Times New Roman" w:hAnsi="Times New Roman"/>
          <w:i/>
          <w:sz w:val="24"/>
        </w:rPr>
        <w:t>United States v. Saenz</w:t>
      </w:r>
      <w:r>
        <w:rPr>
          <w:rFonts w:ascii="Times New Roman" w:hAnsi="Times New Roman"/>
          <w:sz w:val="24"/>
        </w:rPr>
        <w:t xml:space="preserve">, 179 F.3d 686, 687-89 (9th Cir. 1999); </w:t>
      </w:r>
      <w:r>
        <w:rPr>
          <w:rFonts w:ascii="Times New Roman" w:hAnsi="Times New Roman"/>
          <w:i/>
          <w:sz w:val="24"/>
        </w:rPr>
        <w:t>United States v. James</w:t>
      </w:r>
      <w:r>
        <w:rPr>
          <w:rFonts w:ascii="Times New Roman" w:hAnsi="Times New Roman"/>
          <w:sz w:val="24"/>
        </w:rPr>
        <w:t xml:space="preserve">, 169 F.3d 1210, 1214 (9th Cir. 1999); </w:t>
      </w:r>
      <w:r>
        <w:rPr>
          <w:rFonts w:ascii="Times New Roman" w:hAnsi="Times New Roman"/>
          <w:i/>
          <w:sz w:val="24"/>
        </w:rPr>
        <w:t>see also United States v. Keiser</w:t>
      </w:r>
      <w:r>
        <w:rPr>
          <w:rFonts w:ascii="Times New Roman" w:hAnsi="Times New Roman"/>
          <w:sz w:val="24"/>
        </w:rPr>
        <w:t>, 57 F.3d 847, 854 (9th Cir. 1995) (“Rule 404(a)(2) provides one of the few instances in which character evidence is admissible to allow the jury to infer that a person acted on a specific occasion in conformity with his character.”).</w:t>
      </w:r>
    </w:p>
    <w:p>
      <w:pPr>
        <w:spacing w:after="240"/>
        <w:ind w:firstLine="720"/>
      </w:pPr>
      <w:r>
        <w:rPr>
          <w:rFonts w:ascii="Times New Roman" w:hAnsi="Times New Roman"/>
          <w:i/>
          <w:sz w:val="24"/>
        </w:rPr>
        <w:t>Revised March 2026</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