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8.10 Assault by Strangulation or Suffocation (18 U.S.C. § 113(a)(8))</w:t>
      </w:r>
    </w:p>
    <w:p>
      <w:pPr>
        <w:spacing w:after="240"/>
        <w:ind w:firstLine="720"/>
      </w:pPr>
      <w:r>
        <w:rPr>
          <w:rFonts w:ascii="Times New Roman" w:hAnsi="Times New Roman"/>
          <w:sz w:val="24"/>
        </w:rPr>
        <w:t>The defendant is charged in [Count _______ of] the indictment with assault by strangulation in violation of Section 113(a)(8)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assaulted a [spouse] [intimate partner] [, or] [dating partner] by [[strangling] [suffocating] [, or] [attempting to [strangle] [or] [suffocate]] [[him] [her]];</w:t>
      </w:r>
    </w:p>
    <w:p>
      <w:pPr>
        <w:spacing w:after="240"/>
        <w:ind w:firstLine="720"/>
      </w:pPr>
      <w:r>
        <w:rPr>
          <w:rFonts w:ascii="Times New Roman" w:hAnsi="Times New Roman"/>
          <w:sz w:val="24"/>
        </w:rPr>
        <w:t>Second, the assault took place on [</w:t>
      </w:r>
      <w:r>
        <w:rPr>
          <w:rFonts w:ascii="Times New Roman" w:hAnsi="Times New Roman"/>
          <w:i/>
          <w:sz w:val="24"/>
          <w:u w:val="single"/>
        </w:rPr>
        <w:t>specify place of federal jurisdiction</w:t>
      </w:r>
      <w:r>
        <w:rPr>
          <w:rFonts w:ascii="Times New Roman" w:hAnsi="Times New Roman"/>
          <w:sz w:val="24"/>
        </w:rPr>
        <w:t>].</w:t>
      </w:r>
    </w:p>
    <w:p>
      <w:pPr>
        <w:spacing w:after="240"/>
        <w:ind w:firstLine="720"/>
      </w:pPr>
      <w:r>
        <w:rPr>
          <w:rFonts w:ascii="Times New Roman" w:hAnsi="Times New Roman"/>
          <w:sz w:val="24"/>
        </w:rPr>
        <w:t>[“Spouse”] [“intimate partner”] [or] [“dating partner”] includes any of the following:</w:t>
      </w:r>
    </w:p>
    <w:p>
      <w:pPr>
        <w:spacing w:after="240"/>
        <w:ind w:firstLine="720"/>
      </w:pPr>
      <w:r>
        <w:rPr>
          <w:rFonts w:ascii="Times New Roman" w:hAnsi="Times New Roman"/>
          <w:sz w:val="24"/>
        </w:rPr>
        <w:t xml:space="preserve">(1) </w:t>
        <w:tab/>
        <w:t>a spouse or former spouse of the defendant; or</w:t>
      </w:r>
    </w:p>
    <w:p>
      <w:pPr>
        <w:spacing w:after="240"/>
        <w:ind w:firstLine="720"/>
      </w:pPr>
      <w:r>
        <w:rPr>
          <w:rFonts w:ascii="Times New Roman" w:hAnsi="Times New Roman"/>
          <w:sz w:val="24"/>
        </w:rPr>
        <w:t xml:space="preserve">(2) </w:t>
        <w:tab/>
        <w:t>a person who shares a child in common with the defendant; or</w:t>
      </w:r>
    </w:p>
    <w:p>
      <w:pPr>
        <w:spacing w:after="240"/>
        <w:ind w:firstLine="720"/>
      </w:pPr>
      <w:r>
        <w:rPr>
          <w:rFonts w:ascii="Times New Roman" w:hAnsi="Times New Roman"/>
          <w:sz w:val="24"/>
        </w:rPr>
        <w:t xml:space="preserve">(3) </w:t>
        <w:tab/>
        <w:t>a person who cohabits or has cohabited as a spouse with the defendant; or</w:t>
      </w:r>
    </w:p>
    <w:p>
      <w:pPr>
        <w:spacing w:after="240"/>
        <w:ind w:firstLine="720"/>
      </w:pPr>
      <w:r>
        <w:rPr>
          <w:rFonts w:ascii="Times New Roman" w:hAnsi="Times New Roman"/>
          <w:sz w:val="24"/>
        </w:rPr>
        <w:t xml:space="preserve">(4) </w:t>
        <w:tab/>
        <w:t>a person who is or has been in a social relationship of a romantic or intimate nature with the defendant; or</w:t>
      </w:r>
    </w:p>
    <w:p>
      <w:pPr>
        <w:spacing w:after="240"/>
        <w:ind w:firstLine="720"/>
      </w:pPr>
      <w:r>
        <w:rPr>
          <w:rFonts w:ascii="Times New Roman" w:hAnsi="Times New Roman"/>
          <w:sz w:val="24"/>
        </w:rPr>
        <w:t xml:space="preserve">(5) </w:t>
        <w:tab/>
        <w:t>[</w:t>
      </w:r>
      <w:r>
        <w:rPr>
          <w:rFonts w:ascii="Times New Roman" w:hAnsi="Times New Roman"/>
          <w:i/>
          <w:sz w:val="24"/>
          <w:u w:val="single"/>
        </w:rPr>
        <w:t>insert definition of person similarly situated to a spouse who is protected by the domestic or family violence laws of the state or tribal jurisdiction in which the injury occurred or where the victim resides</w:t>
      </w:r>
      <w:r>
        <w:rPr>
          <w:rFonts w:ascii="Times New Roman" w:hAnsi="Times New Roman"/>
          <w:sz w:val="24"/>
        </w:rPr>
        <w:t>].</w:t>
      </w:r>
    </w:p>
    <w:p>
      <w:pPr>
        <w:spacing w:after="240"/>
        <w:ind w:firstLine="720"/>
      </w:pPr>
      <w:r>
        <w:rPr>
          <w:rFonts w:ascii="Times New Roman" w:hAnsi="Times New Roman"/>
          <w:sz w:val="24"/>
        </w:rPr>
        <w:t>[“Intimate partner” [also] means a person who is or has been in a social relationship of a romantic or intimate nature with the defendant. You may determine whether such a relationship existed by considering (a) the length of the relationship, (b) the type of relationship, and (c) the frequency of interaction between the defendant and [</w:t>
      </w:r>
      <w:r>
        <w:rPr>
          <w:rFonts w:ascii="Times New Roman" w:hAnsi="Times New Roman"/>
          <w:i/>
          <w:sz w:val="24"/>
          <w:u w:val="single"/>
        </w:rPr>
        <w:t>name of victim</w:t>
      </w:r>
      <w:r>
        <w:rPr>
          <w:rFonts w:ascii="Times New Roman" w:hAnsi="Times New Roman"/>
          <w:sz w:val="24"/>
        </w:rPr>
        <w:t>].]</w:t>
      </w:r>
    </w:p>
    <w:p>
      <w:pPr>
        <w:spacing w:after="240"/>
        <w:ind w:firstLine="720"/>
      </w:pPr>
      <w:r>
        <w:rPr>
          <w:rFonts w:ascii="Times New Roman" w:hAnsi="Times New Roman"/>
          <w:sz w:val="24"/>
        </w:rPr>
        <w:t>[“Dating partner” means a person who is or has been in a social relationship of a romantic or intimate nature with the defendant. You may determine whether such a relationship existed by considering (a) the length of the relationship, (b) the type of relationship, and (c) the frequency of interaction between the defendant and [</w:t>
      </w:r>
      <w:r>
        <w:rPr>
          <w:rFonts w:ascii="Times New Roman" w:hAnsi="Times New Roman"/>
          <w:i/>
          <w:sz w:val="24"/>
          <w:u w:val="single"/>
        </w:rPr>
        <w:t>name of victim</w:t>
      </w:r>
      <w:r>
        <w:rPr>
          <w:rFonts w:ascii="Times New Roman" w:hAnsi="Times New Roman"/>
          <w:sz w:val="24"/>
        </w:rPr>
        <w:t>].]</w:t>
      </w:r>
    </w:p>
    <w:p>
      <w:pPr>
        <w:spacing w:after="240"/>
        <w:ind w:firstLine="720"/>
      </w:pPr>
      <w:r>
        <w:rPr>
          <w:rFonts w:ascii="Times New Roman" w:hAnsi="Times New Roman"/>
          <w:sz w:val="24"/>
        </w:rPr>
        <w:t>[“Strangling” means intentionally, knowingly, or recklessly impeding the normal breathing or circulation of the blood of a person by applying pressure to the throat or neck.]</w:t>
      </w:r>
    </w:p>
    <w:p>
      <w:pPr>
        <w:spacing w:after="240"/>
        <w:ind w:firstLine="720"/>
      </w:pPr>
      <w:r>
        <w:rPr>
          <w:rFonts w:ascii="Times New Roman" w:hAnsi="Times New Roman"/>
          <w:sz w:val="24"/>
        </w:rPr>
        <w:t>[“Suffocating” means intentionally, knowingly, or recklessly impeding the normal breathing of a person by covering the mouth of the person, the nose of the person, or both, regardless of whether that conduct results in any visible injury or whether there is any intent to kill or protractedly injure the victim.]</w:t>
      </w:r>
    </w:p>
    <w:p>
      <w:pPr>
        <w:spacing w:after="240"/>
        <w:ind w:firstLine="720"/>
      </w:pPr>
      <w:r>
        <w:rPr>
          <w:rFonts w:ascii="Times New Roman" w:hAnsi="Times New Roman"/>
          <w:sz w:val="24"/>
        </w:rPr>
        <w:t>The government is not required to prove that the defendant intended to kill the victim or cause [him] [her] to suffer prolonged injury. It also is not required to prove that the victim suffered any visible injury.</w:t>
      </w:r>
    </w:p>
    <w:p>
      <w:pPr>
        <w:jc w:val="center"/>
      </w:pPr>
      <w:r>
        <w:rPr>
          <w:rFonts w:ascii="Times New Roman" w:hAnsi="Times New Roman"/>
          <w:b/>
          <w:sz w:val="24"/>
        </w:rPr>
        <w:t>Comment</w:t>
      </w:r>
    </w:p>
    <w:p>
      <w:pPr>
        <w:spacing w:after="240"/>
        <w:ind w:firstLine="720"/>
      </w:pPr>
      <w:r>
        <w:rPr>
          <w:rFonts w:ascii="Times New Roman" w:hAnsi="Times New Roman"/>
          <w:sz w:val="24"/>
        </w:rPr>
        <w:t>The definitions of “strangling” and “suffocating” in the instruction are the statutory definitions in 18 U.S.C. § 113(b)(4) and 113(b)(5).</w:t>
      </w:r>
    </w:p>
    <w:p>
      <w:pPr>
        <w:spacing w:after="240"/>
        <w:ind w:firstLine="720"/>
      </w:pPr>
      <w:r>
        <w:rPr>
          <w:rFonts w:ascii="Times New Roman" w:hAnsi="Times New Roman"/>
          <w:sz w:val="24"/>
        </w:rPr>
        <w:t>The definitions of “spouse,” “intimate partner,” and “dating partner” are the statutory definitions in 18 U.S.C. § 2266, which is incorporated into 18 U.S.C. § 113(b)(3).</w:t>
      </w:r>
    </w:p>
    <w:p>
      <w:pPr>
        <w:spacing w:after="240"/>
        <w:ind w:firstLine="720"/>
      </w:pPr>
      <w:r>
        <w:rPr>
          <w:rFonts w:ascii="Times New Roman" w:hAnsi="Times New Roman"/>
          <w:sz w:val="24"/>
        </w:rPr>
        <w:t xml:space="preserve">Assault by strangulation is a general intent crime. </w:t>
      </w:r>
      <w:r>
        <w:rPr>
          <w:rFonts w:ascii="Times New Roman" w:hAnsi="Times New Roman"/>
          <w:i/>
          <w:sz w:val="24"/>
        </w:rPr>
        <w:t>United States v. Lamott</w:t>
      </w:r>
      <w:r>
        <w:rPr>
          <w:rFonts w:ascii="Times New Roman" w:hAnsi="Times New Roman"/>
          <w:sz w:val="24"/>
        </w:rPr>
        <w:t>, 831 F.3d 1153, 1154 (9th Cir. 2016).</w:t>
      </w:r>
    </w:p>
    <w:p>
      <w:pPr>
        <w:spacing w:after="240"/>
        <w:ind w:firstLine="720"/>
      </w:pPr>
      <w:r>
        <w:rPr>
          <w:rFonts w:ascii="Times New Roman" w:hAnsi="Times New Roman"/>
          <w:i/>
          <w:sz w:val="24"/>
        </w:rPr>
        <w:t>Revised Apr.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