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8.5 Assault with Dangerous Weapon (18 U.S.C. § 113(a)(3))</w:t>
      </w:r>
    </w:p>
    <w:p>
      <w:pPr>
        <w:spacing w:after="240"/>
        <w:ind w:firstLine="720"/>
      </w:pPr>
      <w:r>
        <w:rPr>
          <w:rFonts w:ascii="Times New Roman" w:hAnsi="Times New Roman"/>
          <w:sz w:val="24"/>
        </w:rPr>
        <w:t>The defendant is charged in [Count _______ of] the indictment with assault with a dangerous weapon in violation of Section 113(a)(3)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assaulted [</w:t>
      </w:r>
      <w:r>
        <w:rPr>
          <w:rFonts w:ascii="Times New Roman" w:hAnsi="Times New Roman"/>
          <w:i/>
          <w:sz w:val="24"/>
          <w:u w:val="single"/>
        </w:rPr>
        <w:t>name of victim</w:t>
      </w:r>
      <w:r>
        <w:rPr>
          <w:rFonts w:ascii="Times New Roman" w:hAnsi="Times New Roman"/>
          <w:sz w:val="24"/>
        </w:rPr>
        <w:t>] by intentionally [[striking] [wounding]] [[him] [her]] [using a display of force that reasonably caused [him] [her] to fear immediate bodily harm];</w:t>
      </w:r>
    </w:p>
    <w:p>
      <w:pPr>
        <w:spacing w:after="240"/>
        <w:ind w:firstLine="720"/>
      </w:pPr>
      <w:r>
        <w:rPr>
          <w:rFonts w:ascii="Times New Roman" w:hAnsi="Times New Roman"/>
          <w:sz w:val="24"/>
        </w:rPr>
        <w:t>Second, the defendant acted with the intent to do bodily harm to [</w:t>
      </w:r>
      <w:r>
        <w:rPr>
          <w:rFonts w:ascii="Times New Roman" w:hAnsi="Times New Roman"/>
          <w:i/>
          <w:sz w:val="24"/>
          <w:u w:val="single"/>
        </w:rPr>
        <w:t>name of victim</w:t>
      </w:r>
      <w:r>
        <w:rPr>
          <w:rFonts w:ascii="Times New Roman" w:hAnsi="Times New Roman"/>
          <w:sz w:val="24"/>
        </w:rPr>
        <w:t>];</w:t>
      </w:r>
    </w:p>
    <w:p>
      <w:pPr>
        <w:spacing w:after="240"/>
        <w:ind w:firstLine="720"/>
      </w:pPr>
      <w:r>
        <w:rPr>
          <w:rFonts w:ascii="Times New Roman" w:hAnsi="Times New Roman"/>
          <w:sz w:val="24"/>
        </w:rPr>
        <w:t>Third, the defendant used a dangerous weapon; and</w:t>
      </w:r>
    </w:p>
    <w:p>
      <w:pPr>
        <w:spacing w:after="240"/>
        <w:ind w:firstLine="720"/>
      </w:pPr>
      <w:r>
        <w:rPr>
          <w:rFonts w:ascii="Times New Roman" w:hAnsi="Times New Roman"/>
          <w:sz w:val="24"/>
        </w:rPr>
        <w:t>Fourth, the assault took place on [</w:t>
      </w:r>
      <w:r>
        <w:rPr>
          <w:rFonts w:ascii="Times New Roman" w:hAnsi="Times New Roman"/>
          <w:i/>
          <w:sz w:val="24"/>
          <w:u w:val="single"/>
        </w:rPr>
        <w:t>specify place of federal jurisdiction</w:t>
      </w:r>
      <w:r>
        <w:rPr>
          <w:rFonts w:ascii="Times New Roman" w:hAnsi="Times New Roman"/>
          <w:sz w:val="24"/>
        </w:rPr>
        <w:t>].</w:t>
      </w:r>
    </w:p>
    <w:p>
      <w:pPr>
        <w:spacing w:after="240"/>
        <w:ind w:firstLine="720"/>
      </w:pPr>
      <w:r>
        <w:rPr>
          <w:rFonts w:ascii="Times New Roman" w:hAnsi="Times New Roman"/>
          <w:sz w:val="24"/>
        </w:rPr>
        <w:t>[A [</w:t>
      </w:r>
      <w:r>
        <w:rPr>
          <w:rFonts w:ascii="Times New Roman" w:hAnsi="Times New Roman"/>
          <w:i/>
          <w:sz w:val="24"/>
          <w:u w:val="single"/>
        </w:rPr>
        <w:t>specify weapon</w:t>
      </w:r>
      <w:r>
        <w:rPr>
          <w:rFonts w:ascii="Times New Roman" w:hAnsi="Times New Roman"/>
          <w:sz w:val="24"/>
        </w:rPr>
        <w:t>] is a dangerous weapon if it is used in a way that is capable of causing death or serious bodily injury.]</w:t>
      </w:r>
    </w:p>
    <w:p>
      <w:pPr>
        <w:jc w:val="center"/>
      </w:pPr>
      <w:r>
        <w:rPr>
          <w:rFonts w:ascii="Times New Roman" w:hAnsi="Times New Roman"/>
          <w:b/>
          <w:sz w:val="24"/>
        </w:rPr>
        <w:t>Comment</w:t>
      </w:r>
    </w:p>
    <w:p>
      <w:pPr>
        <w:spacing w:after="240"/>
        <w:ind w:firstLine="720"/>
      </w:pPr>
      <w:r>
        <w:rPr>
          <w:rFonts w:ascii="Times New Roman" w:hAnsi="Times New Roman"/>
          <w:i/>
          <w:sz w:val="24"/>
        </w:rPr>
        <w:t>See</w:t>
      </w:r>
      <w:r>
        <w:rPr>
          <w:rFonts w:ascii="Times New Roman" w:hAnsi="Times New Roman"/>
          <w:sz w:val="24"/>
        </w:rPr>
        <w:t xml:space="preserve"> Comment to Instruction 8.2 (Assault on Federal Officer or Employee [With a Deadly or Dangerous Weapon] [Which Inflicts Bodily Injury]).</w:t>
      </w:r>
    </w:p>
    <w:p>
      <w:pPr>
        <w:spacing w:after="240"/>
        <w:ind w:firstLine="720"/>
      </w:pPr>
      <w:r>
        <w:rPr>
          <w:rFonts w:ascii="Times New Roman" w:hAnsi="Times New Roman"/>
          <w:i/>
          <w:sz w:val="24"/>
        </w:rPr>
        <w:t>See</w:t>
      </w:r>
      <w:r>
        <w:rPr>
          <w:rFonts w:ascii="Times New Roman" w:hAnsi="Times New Roman"/>
          <w:sz w:val="24"/>
        </w:rPr>
        <w:t xml:space="preserve"> </w:t>
      </w:r>
      <w:r>
        <w:rPr>
          <w:rFonts w:ascii="Times New Roman" w:hAnsi="Times New Roman"/>
          <w:i/>
          <w:sz w:val="24"/>
        </w:rPr>
        <w:t>United States v. Smith</w:t>
      </w:r>
      <w:r>
        <w:rPr>
          <w:rFonts w:ascii="Times New Roman" w:hAnsi="Times New Roman"/>
          <w:sz w:val="24"/>
        </w:rPr>
        <w:t>, 561 F.3d 934, 938-40 (9th Cir. 2009) (en banc) (discussing prior version of jury instruction).</w:t>
      </w:r>
    </w:p>
    <w:p>
      <w:pPr>
        <w:spacing w:after="240"/>
        <w:ind w:firstLine="720"/>
      </w:pPr>
      <w:r>
        <w:rPr>
          <w:rFonts w:ascii="Times New Roman" w:hAnsi="Times New Roman"/>
          <w:sz w:val="24"/>
        </w:rPr>
        <w:t xml:space="preserve">The use of bare hands only to perpetrate an assault did not constitute use of a “dangerous weapon” and therefore could not support a conviction under 18 U.S.C. § 113(a)(3). </w:t>
      </w:r>
      <w:r>
        <w:rPr>
          <w:rFonts w:ascii="Times New Roman" w:hAnsi="Times New Roman"/>
          <w:i/>
          <w:sz w:val="24"/>
        </w:rPr>
        <w:t>United States v. Rocha</w:t>
      </w:r>
      <w:r>
        <w:rPr>
          <w:rFonts w:ascii="Times New Roman" w:hAnsi="Times New Roman"/>
          <w:sz w:val="24"/>
        </w:rPr>
        <w:t>, 598 F.3d 1144, 1153-58 (9th Cir. 2010).</w:t>
      </w:r>
    </w:p>
    <w:p>
      <w:pPr>
        <w:spacing w:after="240"/>
        <w:ind w:firstLine="720"/>
      </w:pPr>
      <w:r>
        <w:rPr>
          <w:rFonts w:ascii="Times New Roman" w:hAnsi="Times New Roman"/>
          <w:sz w:val="24"/>
        </w:rPr>
        <w:t xml:space="preserve">The statutory definition of assault with a dangerous weapon, 18 U.S.C. § 113(a)(3), includes “without just cause or excuse.” However, the existence of “just cause or excuse” is an affirmative defense, and the government does not have the burden of pleading or proving its absence. </w:t>
      </w:r>
      <w:r>
        <w:rPr>
          <w:rFonts w:ascii="Times New Roman" w:hAnsi="Times New Roman"/>
          <w:i/>
          <w:sz w:val="24"/>
        </w:rPr>
        <w:t>United States v. Guilbert</w:t>
      </w:r>
      <w:r>
        <w:rPr>
          <w:rFonts w:ascii="Times New Roman" w:hAnsi="Times New Roman"/>
          <w:sz w:val="24"/>
        </w:rPr>
        <w:t>, 692 F.2d 1340, 1343 (11th Cir. 1982).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