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9.2 Bank Robbery (18 U.S.C. § 2113(b), (c))</w:t>
      </w:r>
    </w:p>
    <w:p>
      <w:pPr>
        <w:spacing w:after="240"/>
        <w:ind w:firstLine="720"/>
      </w:pPr>
      <w:r>
        <w:rPr>
          <w:rFonts w:ascii="Times New Roman" w:hAnsi="Times New Roman"/>
          <w:sz w:val="24"/>
        </w:rPr>
        <w:t>The defendant is charged in [Count _______ of] the indictment with bank robbery in violation of Section 2113 of Title 18 of the United States Code. For the defendant to be found guilty of that charge, the government must prove each of the following elements beyond a reasonable doubt:</w:t>
      </w:r>
    </w:p>
    <w:p>
      <w:pPr>
        <w:spacing w:after="240"/>
        <w:ind w:firstLine="720"/>
      </w:pPr>
      <w:r>
        <w:rPr>
          <w:rFonts w:ascii="Times New Roman" w:hAnsi="Times New Roman"/>
          <w:sz w:val="24"/>
        </w:rPr>
        <w:t>First, the defendant [[took and carried away with intent to steal or purloin] [received, possessed, concealed, stored, bartered, sold, or disposed of]] [[property] [money] [something of value]] belonging to or in the care, custody, control, management or possession of [</w:t>
      </w:r>
      <w:r>
        <w:rPr>
          <w:rFonts w:ascii="Times New Roman" w:hAnsi="Times New Roman"/>
          <w:i/>
          <w:sz w:val="24"/>
          <w:u w:val="single"/>
        </w:rPr>
        <w:t>specify financial institution</w:t>
      </w:r>
      <w:r>
        <w:rPr>
          <w:rFonts w:ascii="Times New Roman" w:hAnsi="Times New Roman"/>
          <w:sz w:val="24"/>
        </w:rPr>
        <w:t>];</w:t>
      </w:r>
    </w:p>
    <w:p>
      <w:pPr>
        <w:spacing w:after="240"/>
        <w:ind w:firstLine="720"/>
      </w:pPr>
      <w:r>
        <w:rPr>
          <w:rFonts w:ascii="Times New Roman" w:hAnsi="Times New Roman"/>
          <w:sz w:val="24"/>
        </w:rPr>
        <w:t>Second, what the defendant [took and carried away] [received, possessed, concealed, bartered, sold, or disposed of] had a value [greater than $1000] [of $1000 or less]; [and]</w:t>
      </w:r>
    </w:p>
    <w:p>
      <w:pPr>
        <w:spacing w:after="240"/>
        <w:ind w:firstLine="720"/>
      </w:pPr>
      <w:r>
        <w:rPr>
          <w:rFonts w:ascii="Times New Roman" w:hAnsi="Times New Roman"/>
          <w:sz w:val="24"/>
        </w:rPr>
        <w:t>[Third, the defendant knew that what the defendant received, possessed, concealed, stored, bartered, sold, or disposed of had been stolen; and]</w:t>
      </w:r>
    </w:p>
    <w:p>
      <w:pPr>
        <w:spacing w:after="240"/>
        <w:ind w:firstLine="720"/>
      </w:pPr>
      <w:r>
        <w:rPr>
          <w:rFonts w:ascii="Times New Roman" w:hAnsi="Times New Roman"/>
          <w:i/>
          <w:sz w:val="24"/>
        </w:rPr>
        <w:t>or</w:t>
      </w:r>
    </w:p>
    <w:p>
      <w:pPr>
        <w:spacing w:after="240"/>
        <w:ind w:firstLine="720"/>
      </w:pPr>
      <w:r>
        <w:rPr>
          <w:rFonts w:ascii="Times New Roman" w:hAnsi="Times New Roman"/>
          <w:sz w:val="24"/>
        </w:rPr>
        <w:t>[Third/Fourth], the deposits of [</w:t>
      </w:r>
      <w:r>
        <w:rPr>
          <w:rFonts w:ascii="Times New Roman" w:hAnsi="Times New Roman"/>
          <w:i/>
          <w:sz w:val="24"/>
          <w:u w:val="single"/>
        </w:rPr>
        <w:t>specify financial institution</w:t>
      </w:r>
      <w:r>
        <w:rPr>
          <w:rFonts w:ascii="Times New Roman" w:hAnsi="Times New Roman"/>
          <w:sz w:val="24"/>
        </w:rPr>
        <w:t>] were then insured by the [Federal Deposit Insurance Corporation] [National Credit Union Administration Board].</w:t>
      </w:r>
    </w:p>
    <w:p>
      <w:pPr>
        <w:jc w:val="center"/>
      </w:pPr>
      <w:r>
        <w:rPr>
          <w:rFonts w:ascii="Times New Roman" w:hAnsi="Times New Roman"/>
          <w:b/>
          <w:sz w:val="24"/>
        </w:rPr>
        <w:t>Comment</w:t>
      </w:r>
    </w:p>
    <w:p>
      <w:pPr>
        <w:spacing w:after="240"/>
        <w:ind w:firstLine="720"/>
      </w:pPr>
      <w:r>
        <w:rPr>
          <w:rFonts w:ascii="Times New Roman" w:hAnsi="Times New Roman"/>
          <w:sz w:val="24"/>
        </w:rPr>
        <w:t>Use the third element concerning the defendant’s knowledge when the defendant is charged under 18 U.S.C. § 2113(c) and adjust the number of the last element accordingly.</w:t>
      </w:r>
    </w:p>
    <w:p>
      <w:pPr>
        <w:spacing w:after="240"/>
        <w:ind w:firstLine="720"/>
      </w:pPr>
      <w:r>
        <w:rPr>
          <w:rFonts w:ascii="Times New Roman" w:hAnsi="Times New Roman"/>
          <w:i/>
          <w:sz w:val="24"/>
        </w:rPr>
        <w:t xml:space="preserve">See also </w:t>
      </w:r>
      <w:r>
        <w:rPr>
          <w:rFonts w:ascii="Times New Roman" w:hAnsi="Times New Roman"/>
          <w:sz w:val="24"/>
        </w:rPr>
        <w:t>Instructions 9.1 (Bank Robbery) and 9.3 (Bank Robbery).</w:t>
      </w:r>
    </w:p>
    <w:p>
      <w:pPr>
        <w:spacing w:after="240"/>
        <w:ind w:firstLine="720"/>
      </w:pPr>
      <w:r>
        <w:rPr>
          <w:rFonts w:ascii="Times New Roman" w:hAnsi="Times New Roman"/>
          <w:i/>
          <w:sz w:val="24"/>
        </w:rPr>
        <w:t>Revised June 2015</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